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  <w:r>
        <w:rPr>
          <w:sz w:val="12"/>
        </w:rPr>
      </w:r>
    </w:p>
    <w:p>
      <w:pPr>
        <w:spacing w:after="120" w:before="0" w:line="41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26"/>
        </w:rPr>
        <w:t>COURSEMASTER 课程 · 讲师手册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0" w:line="1088" w:lineRule="exact"/>
        <w:jc w:val="left"/>
      </w:pPr>
      <w:r>
        <w:rPr>
          <w:rFonts w:ascii="Microsoft YaHei" w:hAnsi="Microsoft YaHei" w:eastAsia="Microsoft YaHei"/>
          <w:b/>
          <w:i w:val="0"/>
          <w:color w:val="013147"/>
          <w:sz w:val="68"/>
        </w:rPr>
        <w:t>穿越不确定</w:t>
      </w:r>
    </w:p>
    <w:p>
      <w:pPr>
        <w:spacing w:after="120" w:before="0" w:line="57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36"/>
        </w:rPr>
        <w:t>管理者的变革适应力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8"/>
        </w:rPr>
        <w:t>—— 讲师授课手册 ——</w:t>
      </w:r>
    </w:p>
    <w:p>
      <w:pPr>
        <w:spacing w:after="40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环境不会变回稳定；但适应力，可以练成一种能重复的能力。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200" w:before="0"/>
      </w:pPr>
      <w:r>
        <w:rPr>
          <w:sz w:val="12"/>
        </w:rPr>
      </w:r>
    </w:p>
    <w:p>
      <w:pPr>
        <w:spacing w:after="12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6 模块 ｜ 一天 7 小时 ｜ 385 分钟 ｜ 演练占比 36%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主框架：Cynefin 五域（Snowden, 1999）· 布里奇斯过渡三阶段（Bridges, 1991）· ADKAR（Prosci / Hiatt, 1998）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配角框架：人在回路四模式（Parasuraman &amp; Riley, 1997）· OODA（John Boyd）</w:t>
      </w:r>
    </w:p>
    <w:p>
      <w:pPr>
        <w:spacing w:after="60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Coursemaster 出品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一门教管理者「在不确定环境里，怎么带着团队往前走」的实战课。全课主张一句话：环境不会变回稳定，但适应力可以练成一种能重复的能力。课程沿一条「五步诊断线」推进：看清环境（这是哪片地）→ 接住人心（人在哪一段）→ 推动变化（卡在哪一环）→ 重分人机（活怎么重新分）→ 小步决策（下一步做什么）→ 30 天行动（怎么固化）。讲师角色：不做理论宣讲，做「诊断的设计者与点评者」——用学员真实面对的变化来练。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天适应力行动计划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环境-动作判断卡 / 团队变化情绪诊断卡 / ADKAR 变化推动设计表 / 人机混合团队分工表 / OODA 决策速用卡 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+ 全课地图 + 三条约定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看清环境：不是所有问题都有标准答案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接住人心：变化是事件，过渡是过程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推动变化：先诊断，再开药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人机团队：变化里，活怎么重新分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小步决策：动得快、调得准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天适应力行动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净内容合计 385 min（约 6.4 小时）+ 开场/收尾，一天 7 小时内闭合；演练占比 ≈ 36%。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【物料清单】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 × 每人 3 张、白板笔（开场唤起旧知用）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《穿越不确定_环境-动作判断卡》（模块一练习 1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《穿越不确定_团队变化情绪诊断卡》（模块二练习 2 + 演练用）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《穿越不确定_ADKAR 变化推动设计表》（模块三练习 3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《穿越不确定_人机混合团队分工表》（模块四练习 4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《穿越不确定_OODA 决策速用卡》（模块五练习 5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《穿越不确定_30 天适应力行动计划》（模块六 + 课后用）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计时器（每个练习到点喊停）、投影设备、白板/翻页纸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岛式分组（4–6 人一桌），便于组内演练与互评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白板或翻页纸至少 3 块（模块二/三各组画诊断结论）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空间需支持三人组角色扮演（模块二，避免相邻组互相干扰）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学员手机（练习计时/记录）</w:t>
      </w:r>
    </w:p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看清环境：不是所有问题都有标准答案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时长：65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Cynefin 五域（Snowden, 1999）给一个真实变化「定位」。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能识别「用清晰域的 SOP 管复杂域的事」这一最常见的管理错配。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接受：不确定下，第一步不是「找答案」，而是「判断这是哪片地」。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导入：三个变化的三种命运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/ 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讲解：Cynefin 五域（清晰/错综/复杂/混沌）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1：给我的变化定位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《环境-动作判断卡》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变化不是一个东西——有的变化有标准答案，有的只能试出来，有的还在失控中。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Cynefin 把问题分四域：清晰（因果关系清楚）、错综（需专家分析）、复杂（只能试）、混沌（先止血）。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四域对应四种动作：最佳实践 / 专家判断 / 探针试错 / 快速行动。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最大的坑：拿「清晰域」的 SOP 去管「复杂域」的事——越努力越偏离。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环境会漂移：今天清晰，明天复杂。判断要常做，不是做一次就完。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话术：开场先抛三句真实的管理场景：定了 SOP 却推不动、请了专家也说不清、局面每天都在变。问：「这三个，是一类问题吗？」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话术：讲完五域，请学员各自认领一个正在面对的变化，写下它属于哪一域——先别急着对错。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1 时巡视，重点抓两类学员：把「复杂域」当「清晰域」管的（想找现成答案的），和把「清晰域」搞复杂的。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你写下的那个变化，为什么是这一域，而不是隔壁那一域？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过去半年，你有没有用「照流程办」的方式，处理过一件其实「只能试」的事？结果怎样？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如果环境明天就从错综变成混沌，你的动作要换吗？换成什么？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定位要点：判断依据是「因果关系是否清楚」+「是否只有唯一正解」+「是否来不及分析」，不是「难不难」。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典型误判：把「复杂域」当「清晰域」：期待一份标准答案，结果反复返工。典型信号是「同样的坑踩第二次」。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学员说「我们公司变化太多，什么都对不上」——用「一个变化一个判断，别打包」拉回来。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 Cynefin 当分类游戏——强调「定位是为了选动作，不是为了贴标签」。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转场：看清环境之后，下一个问题：身处变化里的人，心里在经历什么？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接住人心：变化是事件，过渡是过程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时长：90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能用布里奇斯过渡三阶段（Bridges, 1991）判断团队处在结束/中立/新开始哪一段。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能说清「跳过结束期」为什么会导致假装接受、暗地抵触。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掌握「承认失去 → 接住中立区 → 给新开始」的对应动作。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导入：宣布改革那天，办公室安静得不正常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讲解：Bridges 三阶段（结束 / 中立区 / 新开始）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2：给团队做一次「情绪定位」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《团队变化情绪诊断卡》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演练：一次「承认失去」的关键对话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三人组 / 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变化是「事件」，过渡是「过程」；事件有日期，过程没有。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三阶段：① 结束（承认失去）② 中立区（新旧交替、最乱也最有创造力）③ 新开始（新身份成型）。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最常见的错：跳过「结束期」，直接谈「新开始」——人会表面点头、私下抵抗。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结束期的动作：允许情绪、说清「什么结束了」、必要时办一次告别。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中立区的动作：给短周期目标、多沟通、把混乱讲成「正常过渡」而不是失控。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新开始的动作：讲清新图景、给新角色、庆祝第一批小胜利。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话术：开场讲一个「宣布变化那天异常安静」的场景，问：安静，是接受，还是别的什么？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话术：讲三阶段时，板书连成一个横轴，强调它讲的是「人的心理过程」，不是项目进度表。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2：让学员给自己的团队定位，写出「证据」——谁说了什么、谁做了什么。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话术：演练：三人组（被影响方 / 管理者 / 观察员），管理者只做个动作——先承认失去，不许急着讲新方案。观察员专门抓「有没有跳过结束期」。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你团队的「安静」，是结束期的哪一种信号？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你有没有在对方还没「告别过去」时，就急着推销「新蓝图」？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中立区最乱，也最有机会——你能在里面做成哪件新事？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结束期信号：怀旧、抱怨、效率下降、拒绝学新东西、私下串联。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中立区信号：焦虑、方向感缺失、老问题翻出来、小团体重组。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新开始信号：主动提新做法、愿意带新人、开始用新流程说话。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学员急着「解决情绪」——提醒：情绪不需要被解决，需要被接住。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演练里管理者一上来就讲方案——观察员必须喊停，重来一次。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转场：人心接住了，接下来才是「怎么把变化往前推」。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推动变化：先诊断，再开药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时长：80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ADKAR（Prosci / Hiatt, 1998）五要素诊断变化卡在哪一环。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能区分「不会做」（知识/能力）和「不愿做」（意愿）两类不同的卡点。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能为一个真实变化，设计一页「ADKAR 推动表」。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导入：为什么培训做了、流程发了，还是不动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讲解：ADKAR 五要素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3：给变化做 ADKAR 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《ADKAR 变化推动设计表》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对策共创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ADKAR：认知（Awareness，为什么变）→ 意愿（Desire，愿不愿）→ 知识（Knowledge，怎么做）→ 能力（Ability，做得到）→ 强化（Reinforcement，不打回原样）。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五要素是「层层递进」的——前一层不解决，后一层投入就浪费。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大多数变化不是卡在 K/A（不会做），而是卡在 D（不愿做）。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诊断为什么难：大家嘴上都说「没问题」，卡点藏在行为里。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对策要与卡点匹配：认知用数据、意愿讲个人好处、知识靠培训、能力靠陪跑、强化靠固化和表扬。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话术：开场问：「你推的那个变化，是没人会做，还是没人想做？」把两者分开写。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话术：讲五要素时，用「感冒药 / 胃药」的比喻：先诊断，再开药，别拿感冒药治胃病。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3：让学员给自己的变化逐环打分（1–5），最低的那一环就是卡点。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话术：对策共创：分组给彼此的卡点出主意，强调「说‘我’不说‘我们’」——意愿是个人层面的。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你的变化，最低分是哪一环？证据是什么？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你有没有用「培训」（治 K）去解决一个其实是「意愿」（D）的问题？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如果要给人一个「愿意做」的理由，你要说「这对你有什么好处」——你会怎么说？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常见卡点：多数变化卡在 D（意愿）——因为沟通只讲了「组织为什么要变」，没讲「个人为什么要动」。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对策错配：用培训治意愿问题：课上了，行为不变——因为意愿不是靠知识解决的。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学员把所有环节都打高分——追问「那你现在还需要推什么？」逼出真实卡点。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对策停留在「加强沟通」——要求具体到「谁、对谁、说什么、什么时候」。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转场：变化推起来了，还有一个新变量：AI 已经进入了你的团队，活该怎么重分？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人机团队：变化里，活怎么重新分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时长：65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能用人机协作四模式（Parasuraman &amp; Riley, 1997）划分人与 AI 的权责。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能识别「责任真空」——AI 做了决定，却没人担责。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能为自己团队的一个环节，画出人机分工图。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导入：一个 AI 辅助决策的争议场景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讲解：人在回路四模式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4：重排一个人机混合流程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《人机混合团队分工表》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四模式：人在回路（AI 建议、人拍板）、人在回路上（AI 自动、人监控）、人在回路外（AI 全自动）、人机协作（来回配合）。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分模式不只按「技术能力」，更按「风险与责任」——高风险、需担责的环节，人必须在回路内。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责任真空：AI 出了决定，出事却找不到人负责——这是变化中最容易出的新事故。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变化里最容易忽略的：不是 AI 会不会做，而是「谁来对结果负责」。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在本课只作背景放大器——核心仍是「管理者如何适应变化」。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话术：开场用一个「AI 给建议、人照单全收、出事没人认」的场景，问：这个责任该谁负？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话术：讲四模式时，强调「同一个流程的不同环节，可以用不同模式」，不必一刀切。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4：让学员选一个真实环节，标出「AI 做什么 / 人做什么 / 谁担责」。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话术：重点追问「谁担责」——写不出责任人的环节，就是责任真空。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你团队有没有一个环节，出了事找不到人负责？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高风险决策，人能不能「只是看一眼」就算尽了责？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重分之后，哪些活可以真正交出去，哪些必须留在人这一侧？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模式选择依据：风险高低 + 是否需担责 + 任务成熟度，三者共同决定用哪种模式。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责任真空：AI 自动执行、无人复核、出事无问责对象——典型是「AI 决定 → 直接执行」。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 AI 当主角——拉回「AI 是放大器，管理者才是适应变化的主体」。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分工图只写 AI 不写人——要求每个环节都必须有人。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转场：人和活都安排好了，最后回到管理者的核心动作：不确定下，怎么做决定？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小步决策：动得快、调得准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OODA 循环（John Boyd）完成一轮快速决策。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掌握「可逆小动作三标准」——小、可逆、反馈快。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能把一个「押注式大决定」拆成若干个可逆小动作。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导入：为什么「再想想」往往最贵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讲解：OODA 循环 + 可逆三标准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5：把大决定拆成小动作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《OODA 决策速用卡》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OODA：观察（真实信息）→ 判断（这意味什么）→ 决策（选一个小动作）→ 行动（拿反馈）→ 再回到观察。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不确定下，决策能力不是「算得准」，而是「动得快、调得准」。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可逆小动作三标准：小（投入可控）、可逆（错了能回）、反馈快（很快见结果）。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最常见的错：把「一次性大押注」当果断——不确定下，那是赌博不是决策。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循环比单次更重要：OODA 的价值在于「快速迭代」，不是「一步到位」。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话术：开场问：「你上一次‘再想想’，想出了什么新信息吗？」多数答案是「没有」。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 OODA 时，画成一个环，强调「回到观察」这一步——很多人做完就停了。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5：让学员选一个正纠结的大决定，拆成 3 个「小、可逆、反馈快」的动作。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话术：点评时专抓「反馈快」——如果一个动作 3 个月才见结果，它就不是小动作。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你那个大决定，最坏结果是什么？你扛得住吗？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能不能把它拆成一个「做错了也不致命」的试探？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你要多久才能看到反馈？能不能更快？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拆分要点：把「要么全做、要么不做」改成「先做最小的一步，看反馈再决定下一步」。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典型反例：直接大额投入、一次性组织调整、不可撤回的公开承诺——这些都违反可逆原则。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学员说「我们公司不允许试错」——讨论「能试的最小程度是什么」。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把小动作理解成「小目标」——强调关键是「可逆 + 反馈快」，不是「小」。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转场：最后一步：把今天学的，变成未来 30 天能做的一件事。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落地：30 天适应力行动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类型：承诺　｜　时长：25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把本课框架串成一条「五步诊断线」。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为一个真实变化，写下 30 天四周递进的小动作。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完成公开承诺 + 伙伴互锁。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回顾：全课五步诊断线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6：填 30 天适应力行动计划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《30 天行动计划》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公开承诺 + 互锁 + 收尾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五步诊断线：判断环境（Cynefin）→ 接住人心（Bridges）→ 诊断推动（ADKAR）→ 重分人机（HITL）→ 小步决策（OODA）。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环境不会变回稳定；适应力可以被训练成一种可重复的能力。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承诺要「具体到人、具体到时间、具体到可验证的结果」。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话术：带学员把五步串成一条线，问：「这五步里，你最缺哪一步？」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6：填四周递进，每周只做一件小事，写完跟邻座交换。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话术：收尾：请每人写下「回岗后第一个动作 + 具体哪天」，贴墙，公开承诺。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这五步里，你最容易跳过哪一步？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30 天后，你用什么来验证「这件事动起来了」？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五步线：Cynefin → Bridges → ADKAR → HITL → OODA，对应「看环境 / 看人心 / 推变化 / 分活 / 做决定」。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承诺写成空话——要求改成「我会在 X 日做 Y，看 Z」，写不出就重来。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模块二、三演练（25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模块一、四、五练习（真实变化）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天承诺、收尾金句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原则：模块二、三是全天重心（人心 + 推动，演练密集），练习时间绝不外借；30 天承诺是落地收口，必须保；概念页可口头带过。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开场：写「表面配合、私下观望」的信号，自己写不点名，降低压力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模块一：练习 1 两人交换，「我这是复杂域还是清晰域」是最有冲击力的辨点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模块二：情绪定位必须写「行为证据」，禁止写感觉；演练三人组，观察员专抓「有没有跳过结束期」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模块二：提醒——被影响方「不许轻易点头」，真实表达抵触，逼出「承认失去」的动作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模块三：ADKAR 逐环打分，最低环即卡点；对策必须落到「谁、对谁、说什么、何时」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模块三：追问「你是在治 K（不会做）还是治 D（不愿做）」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模块四：分工图必须每个环节都写「谁担责」，写不出的就是责任真空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模块五：专抓「反馈快」——三个月才见结果的动作不是小动作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模块六：30 天承诺写「我会在 X 日做 Y，看 Z」，交换邻座，公开承诺才有约束力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所有练习配计时器，到点喊停；变化话题涉及焦虑，务必留静默缓冲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Q：「我们公司变化太多，方法论根本跟不上。」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A：正因为变化多，才更需要一套「判断环境、选动作」的方法，而不是每次都重新想。Cynefin 不给你答案，给你「该用哪种方式找答案」。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Q：「员工就是抵触变化，怎么办？」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A：先别贴「抵触」的标签。用 Bridges 看：他是不是还没走完「结束期」？跳过告别直接推新方案，抵触是必然，不是人品问题。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Q：「培训也做了、流程也发了，为什么还是不动？」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A：用 ADKAR 查：多数情况不是「不会做」（K/A），而是「不愿做」（D）。你讲了组织为什么要变，但没讲「这对个人有什么好处」。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Q：「我们不允许试错，怎么小步走？」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A：可逆小动作不等于「公开试错」。可以私下小范围验证、可以设计成「做错了能撤回」，关键是「小 + 可逆 + 反馈快」，而不是「大张旗鼓地试」。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会不会取代我的管理判断？」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A：本课不讨论替代。讨论的是：哪些环节交给 AI（放大效率），哪些必须留在人这一侧（担责）。分界线不是「AI 行不行」，是「谁来负责」。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请学员写下「回岗后第一个适应动作 + 具体到哪天」，贴墙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两人一组互相交换 30 天行动计划，约定 30 天后互问一次「动起来了吗」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+ 30 天适应力行动计划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结课金句收尾：「你无法让环境变稳定，但可以让团队变得能适应。」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