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COACHING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天教练行动计划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说明：本课结束当天填完。选 2 个真实场景刻意练，约定频次与伙伴互锁。30 天后回看——成功不看「我教练了多少次」，看「下属自己想出多少答案」。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选定 2 个真实场景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对象（谁）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为什么是它（现在就要做）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预计周期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场景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场景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拆解首次行动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第一次对话日期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我用的开场问句（写一句）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完成标志（可验证）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场景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场景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约定频次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每周几次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固定时段（如周五 1对1）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提醒方式（日历/伙伴）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周频次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第四步 · 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互查日期（如 30 天后）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互查方式（通话/咖啡）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互锁伙伴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30 天，我会在 ____________ 场景，先忍住 10 秒、把第一句变成提问。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30 天后我用「下属自己想出 ____ 个答案」来证明——而不是我给了多少建议。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30天教练行动计划（落地固化用）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