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GROW · COACHING CHECKLIST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GROW 检核表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模块五用 · 三人轮转教练 · 每组 1 份（教练 / 学员 / 观察员）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使用说明（讲师）：本件配合模块五「三人轮转教练」环节使用（45 min）。三人一组轮转：一人当教练、一人当学员、一人当观察员，每人各演一次，每次约 12 分钟。教练照 GROW 四步走完整对话；观察员照「检核表」逐项打分并记录一句最有价值的提问。重点不是「聊得好不好」，而是「有没有走到 W 层、拿到明确的下一步」。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教练：____________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学员：____________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观察员：____________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第一轮 · 教练对话检核（观察员填写）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GROW 步骤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关键提问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做到？（✓/✗）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教练原话 / 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G · Goal 目标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你希望通过这次谈话拿到什么？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R · Reality 现状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现在的情况是怎样的？你已经做了什么？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O · Options 选择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如果这些限制都不存在，你会怎么做？还有呢？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W · Will 意愿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你决定先做哪一步？什么时候开始？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00" w:after="20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四步要点：G：把话题从「现象」拉到「他想要的结果」 ｜ R：让他自己陈述事实，你只复述，不评判 ｜ O：一次只问一个，问完闭嘴，等三秒 ｜ W：让他自己说出下一步并复述承诺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第一轮 · 观察员反馈三联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做得最好的一处（一句话）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最该改的一处（一句话）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如果重来，教练可以多问的一个问题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综合评分（四步各 1–5 分，满分 20）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G 目标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R 现状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O 选择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W 意愿</w:t>
            </w:r>
          </w:p>
        </w:tc>
        <w:tc>
          <w:tcPr>
            <w:tcW w:type="dxa" w:w="197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合计 /20</w:t>
            </w:r>
          </w:p>
        </w:tc>
      </w:tr>
      <w:tr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197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2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我的下一步（学员填写 · 走出教室就要做）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我决定先做的一步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开始时间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我会怎么知道做到了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GROW 检核表（配合《管理者教练技能》模块五使用）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