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THREE-LEVEL LISTENING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三层倾听记录工作纸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模块四用 · 三层聆听练习 · 每人 1 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使用说明（讲师）：本件配合模块四「三层聆听」练习环节使用（35 min）。两人一组，A 先讲一件近期真实的工作困扰（3 分钟），B 只允许用「复述 + 提问」回应，不许给建议。B 边听边在下面三层里记录，听完后向 A 复述「我听到的事实 / 感受 / 需要」，由 A 判断准不准。然后交换角色。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第一轮 · 我作为倾听者（B）的记录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A（讲述者）：____________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我（倾听者）：____________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**事实层（Fact）**：对方陈述的客观事实、数据、事件 —— 不带判断。</w:t>
              <w:br/>
              <w:t>**感受层（Feeling）**：对方流露的情绪词：焦虑 / 委屈 / 不甘 / 无力 / 兴奋……</w:t>
              <w:br/>
              <w:t>**需要层（Need）**：对方真正想要的是什么：认可 / 资源 / 空间 / 支持 / 公平……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① 事实层 · 我听到的客观事实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440" w:after="4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② 感受层 · 我听到的情绪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③ 需要层 · 我猜他真正想要的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我的回应：复述 + 提问（不评判、不支招）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我复述的一句“所以你的意思是……”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我问出的一个开放式问题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 的评价：我听得准吗？（准 / 不准 / 差在哪）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第二轮 · 交换角色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A（倾听者）：____________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我（讲述者）：____________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① 事实层 · 我听到的客观事实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400" w:after="4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② 感受层 · 我听到的情绪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③ 需要层 · 我猜他真正想要的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我复述的一句 &amp; 我问出的一问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倾听自评（诚实打分，1–5）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我忍住了“给建议”的冲动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我听见了情绪（不只是事实）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我一次只问一个问题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我复述后对方点了头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我的倾听坏习惯 &amp; 本周要改的一处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我最常犯的倾听干扰（抢话 / 预判 / 走神 / 急着给方案）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本周我要刻意练习的一处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三层倾听记录工作纸（配合《管理者教练技能》模块四使用）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