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0" w:before="0"/>
      </w:pPr>
      <w:r>
        <w:rPr>
          <w:sz w:val="12"/>
        </w:rPr>
      </w:r>
    </w:p>
    <w:p>
      <w:pPr>
        <w:spacing w:after="120" w:before="0" w:line="896" w:lineRule="exact"/>
        <w:jc w:val="center"/>
      </w:pPr>
      <w:r>
        <w:rPr>
          <w:rFonts w:ascii="SimHei" w:hAnsi="SimHei" w:eastAsia="SimHei"/>
          <w:b/>
          <w:i w:val="0"/>
          <w:color w:val="013147"/>
          <w:sz w:val="56"/>
        </w:rPr>
        <w:t>管理者教练技能 Coaching Skills for Managers</w:t>
      </w:r>
    </w:p>
    <w:p>
      <w:pPr>
        <w:spacing w:after="120" w:before="280" w:line="448" w:lineRule="exact"/>
        <w:jc w:val="center"/>
      </w:pPr>
      <w:r>
        <w:rPr>
          <w:rFonts w:ascii="SimHei" w:hAnsi="SimHei" w:eastAsia="SimHei"/>
          <w:b/>
          <w:i w:val="0"/>
          <w:color w:val="013147"/>
          <w:sz w:val="28"/>
        </w:rPr>
        <w:t>学员信息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学员姓名：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日    期：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讲    师：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地    点：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280" w:before="0"/>
      </w:pPr>
      <w:r>
        <w:rPr>
          <w:sz w:val="12"/>
        </w:rPr>
      </w:r>
    </w:p>
    <w:p>
      <w:pPr>
        <w:spacing w:after="120" w:before="0" w:line="416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通过这门课程，我最想带走的是：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引言：课程介绍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【课程痛点】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凡事亲力亲为，下属一遇问题就等你给答案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下属来问就开口，自己救火到深夜、团队却长不大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复盘会流于形式，同样的问题下周原样再来</w:t>
      </w:r>
    </w:p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这不是教你「把人管住」，而是教你通过提问，让下属自己长出答案。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【课程概览】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焦点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教练式心智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从给答案到促思考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对话基本功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三层倾听·有力提问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GROW 模型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目标·现状·选项·意愿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难点突破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抗拒·情绪·推责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落地生根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教练文化·30天计划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【学习公约】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放下评判——说错是今天最划算的事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动手练，不只是听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带走一个真实可做的行动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伙伴同行，30 天后互相查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模块一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教练式心智：从「给答案」到「促思考」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管理者角色的第二次跃迁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区分教练式领导与指令/培训/导师制的差异与适用边界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识别自己常用的 5 个「忍不住给答案」的本能反应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「给答案」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「促思考」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上次下属来问，我是直接给方案，还是先问了两句？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我这周花在「替下属想」上的时间，大概有多少？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关键点1：管理者的两次角色跃迁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跃迁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从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到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第一次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业务骨干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团队领航者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第二次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团队领航者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教练式领导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经理老王：下属来问报表公式，张口就说「用 VLOOKUP 就行」——下次同样问题还来，每周救火 3 小时，8 人全依赖他。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好领导就是随时给正确答案（替人想）。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好领导是让对方面对问题时先自己想一遍（促人想）。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好领导 = 让对方面对问题时先自己想一遍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关键点2：四象限带人教（看情境选方式）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方式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适用情境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举个例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指令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标准动作·紧急·风险高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「按这个流程走，现在」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培训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缺知识技能·可批量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新人上岗操作集训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经验传承·长期陪跑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职业发展陪跑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教练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对方有答案只是没理清·需 Ownership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日常 1对1·复盘·犯错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四种带人教不互斥，看情境切换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关键点3：给答案的代价链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你给的每一个答案，都在替下属停掉一次思考，并一点点吃掉你自己的时间。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你给答案 → 下属依赖 → 你的时间被吃掉 → 你更没空 → 下属更不思考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练习：我替下属做过的事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 人一组，轮流说「最近一次我替下属做了他本该做的事」，同伴用四象限帮他判断当时该用哪种带人教。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每人说一件真实事例（1 分钟）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同伴只判断「当时该用哪种带人教」，不给新建议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个人完成「给答案指数」5 项自查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收尾一句：那次如果忍住没给，他会怎么长？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我说的是真实事例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我能判断当时该用哪种方式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我完成了给答案指数自查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教练式心智：从「给答案」到「促思考」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教练是赋能，不是甩手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教练式心智：从「给答案」到「促思考」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今天起下属来问，先忍 10 秒再开口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把第一句换成提问而不是结论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模块二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对话基本功：倾听与提问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开启不评判、促思考的对话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运用三层倾听（事实/情绪/需要）复述并被对方确认听懂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运用有力提问清单提出开放式、未来导向的教练问题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「听事实」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「听懂情绪与需要」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下属跟我抱怨时，我是先给方案，还是先确认他什么感受？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我提问时，是一次问一个，还是一次甩三个？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关键点1：三层倾听模型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听什么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例句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事实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发生什么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「你说这周三交不上货，对吗？」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情绪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什么感受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「听起来你有点被夹在中间、挺为难的？」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需要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实际要什么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「所以你希望有人帮你顶一下资源？」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顺序不可跳：事实 → 情绪 → 需要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关键点2：有力提问清单（5 类好问题）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聚焦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例句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目标类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想要什么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「你真正想要的结果是什么？」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现状类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卡在哪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「现在卡住你的，具体是哪一步？」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选项类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还有什么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「如果资源不是问题，你还会怎么做？」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行动类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何时动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「下一步你打算什么时候动？」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反思类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改哪步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「这次重来，你会先改哪一步？」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开放式 · 未来导向 · 一次一问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关键点3：提问 vs 审问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「你为什么不早说？」（评判、翻旧账）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「现在你知道了，下一步怎么处理？」（一次一问）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问完闭嘴，用沉默给空间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A：三层倾听复述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 说一个真实工作困扰，B 只做三层倾听并复述（事实+情绪+需要各一句），A 评分「我被听懂了吗 1–5」，换位再来。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A 说困扰（2 分钟），B 不打断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B 用三句复述：事实 / 情绪 / 需要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A 打分并说明「哪层最准 / 最不准」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换位重来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B 全程没给方案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A 确认被听懂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B：有力提问互评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给定场景卡「下属说想离职」，各用清单写 3 个问题并互评是否开放、未来导向、一次一问。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每人写 3 个教练问题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同伴互评：开放吗 / 未来导向吗 / 一次一问吗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观察者指一条可改的问句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我写的问题是开放式的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我做到了一次一问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对话基本功：倾听与提问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把提问当审问 = 把对方逼到墙角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对话基本功：倾听与提问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本周一次 1对1，全程只复述+提问，不给方案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结束后记「他最后自己说了什么」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模块三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GROW 四步教练模型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跑完一段有承诺产出的对话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运用 GROW 模型主导一次结构完整的教练对话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在 Will 阶段确认下一步、时间点与问责伙伴，拿到明确承诺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「聊得爽」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「聊完有承诺」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我上次的辅导对话，结束时对方记下下一步了吗？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我是不是常在对方还没说完目标时就给建议？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关键点1：GROW 四步卡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焦点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关键问句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 目标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正向·具体·属他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「你想达成的具体结果？」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现状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看事实不评判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「目前到哪了，卡哪？」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O 选项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先数量后质量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「还有呢？」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W 意愿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行动·时间·问责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「什么时候开始，我怎么知道动了？」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G → R → O → W，W 是收口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关键点2：目标三检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检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标准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不过退回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正向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要什么，不是不要什么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重定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具体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可描述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重定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属他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是他的，不是你的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重定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任一项不过，退回重定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关键点3：收口确认承诺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W 步话术：「你定下的下一步是 X，时间是 Y，我会作为问责伙伴在 Z 点问你进展——对吗？」让对方复述。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让对方复述确认，承诺才落地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练习：三人轮转完整 GROW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 教练 / 1 被教练（带真实议题）/ 1 观察员用 GROW 检核表打分；每组至少 1 轮完整 GROW，角色轮换再做 1 轮。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教练用 GROW 走完四步（忍住前段给建议）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被教练带真实议题，不说虚构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观察员重点评 W 步是否拿到明确承诺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轮换角色，再走 1 轮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教练做到吗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W 拿到承诺吗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O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W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我忍住了前段给建议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对方给出了明确承诺+时间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GROW 四步教练模型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前段忍住，末段咬死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GROW 四步教练模型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下次 1对1 用 GROW 走真实议题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结束必说「你定下的下一步是…对吗？」并录音自检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模块四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难点突破：抗拒·情绪·推责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方法再好也怕人「炸」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识别抗拒/情绪/推责三类卡点并选用对应策略化解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在情绪化场景中先接住情绪再处理事，不争论对错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「硬聊事」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「先接人再聊事」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下属「炸」的时候，我第一反应是说理还是先稳他？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对方推责时，我是跟着评判，还是拉回他能影响的部分？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关键点1：三类卡点 · 三招化解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卡点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 / 公式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一句话术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抗拒/防御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认可→好奇→探询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「这指标确实挑战大，哪块最吃力？」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情绪化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说出情绪 + 承认合理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「听出来你挺委屈的，换我也难受」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推责/借口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拉回能影响的部分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「在你能影响的范围，下一步做啥？」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先处理人，再处理事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关键点2：边界红线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硬撑心理危机 / 严重冲突 / 违法违规。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及时转介 HR / 专业，不把教练当绩效谈话软包装。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不评判对方人格；不越界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练习：难点场景卡即兴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抽场景卡（抗拒/情绪/推责 各 2 张），2 人即兴演，观察者评「降维/接住是否有效」；小组归纳 Top3 卡点各写一句话术。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演的人先说场景，对方即兴反应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观察者只评「策略有没有效」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小组归纳最常遇卡点 Top3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各写一句应对话术贴墙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我做到了先认可/先接情绪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我没评判对方人格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难点突破：抗拒·情绪·推责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第一句只接情绪不接事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难点突破：抗拒·情绪·推责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下次有人炸，先默数 3 秒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第一句只接情绪，不接事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模块五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落地生根：教练文化与 30 天计划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把教练变成日常习惯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制定个人 30 天教练行动计划，选 2 个真实场景写明频次与首次行动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运用向前反馈句式替代空泛表扬/批评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「事件」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「习惯」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我上完课的计划，是不是常「等我有空再练」然后不了了之？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我复盘时，更多说「不错/不行」，还是给可尝试的小建议？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关键点1：日常教练时刻地图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场景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开场问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用哪个模型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1对1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「这周你最想推进的一件事？」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GROW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站会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「昨天卡住的，今天怎么破？」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O 选项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复盘会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「这次重来，先改哪一步？」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反思类提问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犯错时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「从这次学到什么，下次怎么用？」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接住+责任拉回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每次 1对1 就是一次教练时刻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关键点2：向前反馈 Feedforward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「你这次讲得不错」（空泛赞）/「你这里不行」（空泛批）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「如果要更好一点，你下次会尝试……？」（可尝试的小建议）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给一个可尝试的小建议，不翻旧账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练习：制定 30 天教练行动计划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选 2 个真实下属/场景，写明频次与首次行动（具体到哪天找谁、问哪句）；两两交换，约 30 天后互查。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选 2 个真实场景（别写「提升团队」）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写频次：如「每周 1对1 用 GROW 走 1 个议题」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写首次行动：日期 + 对象 + 一句话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交换联系方式，约 30 天后互查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场景真实可验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我有互锁伙伴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落地生根：教练文化与 30 天计划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成功 = 下属自己想出多少答案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落地生根：教练文化与 30 天计划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明早第一场 1对1 用地图里的开场问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月底自问：下属这月自己想出几个答案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全课程总结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核心能力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从…到…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教练式心智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给答案 → 促思考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对话基本功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听事实 → 听懂情绪需要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GROW 模型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闲聊 → 有承诺对话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难点突破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硬聊事 → 先接人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落地生根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事件 → 习惯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认知 → 方法 → 实战 → 固化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全课程 3 个核心收获：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我的终极行动承诺：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附件</w:t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附件一：行动承诺卡汇总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我的承诺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完成日期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 ☑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教练式心智：从「给答案」到「促思考」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对话基本功：倾听与提问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GROW 四步教练模型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难点突破：抗拒·情绪·推责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落地生根：教练文化与 30 天计划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附件二：核心工具练习页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GROW 四步卡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结构完整、有承诺产出的对话骨架。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关键问句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我的记录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你想达成的具体结果？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目前到哪了，卡哪？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O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还有呢？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W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什么时候开始？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有力提问清单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5 类好问题，随时调取。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例句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我的记录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目标类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你真正想要的结果？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现状类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卡住你的具体哪一步？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选项类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如果资源不是问题呢？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行动类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下一步什么时候动？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反思类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这次重来先改哪步？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三层倾听卡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先事实、再情绪、最后需要。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例句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我的记录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事实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这周三交不上货，对吗？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情绪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你有点被夹在中间？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需要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你希望有人帮你顶资源？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日常教练时刻地图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把教练嵌进已有节奏。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场景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开场问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我的记录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1对1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这周最想推进的一件事？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站会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昨天卡住的今天怎么破？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复盘会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这次重来先改哪步？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犯错时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从这次学到什么？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向前反馈句式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替代空泛评价的表扬/批评。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场景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向前反馈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我的记录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复盘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如果要更好一点，你下次尝试？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日常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一个可尝试的小建议：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附件三：工具速查卡——核心模型汇总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工具/模型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核心公式/要素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一句话说明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GROW 四步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G→R→O→W（W 收口）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见模块三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有力提问 5 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目标/现状/选项/行动/反思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见模块二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三层倾听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事实→情绪→需要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见模块二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三招化解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降维/接住/拉回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见模块四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向前反馈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可尝试的小建议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见模块五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你带走的不是一门课，是一个习惯。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附件四：30天行动计划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场景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具体行动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开始日期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完成标志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附件五：课程评估反馈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评估维度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评分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课程内容实用性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工具可操作性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案例贴近实际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互动练习效果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整体满意度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我最想对讲师说的话：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我最想推荐给同事的一个工具：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推荐理由：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800" w:before="0"/>
      </w:pPr>
      <w:r>
        <w:rPr>
          <w:sz w:val="12"/>
        </w:rPr>
      </w:r>
    </w:p>
    <w:p>
      <w:pPr>
        <w:spacing w:after="120" w:before="0" w:line="832" w:lineRule="exact"/>
        <w:jc w:val="center"/>
      </w:pPr>
      <w:r>
        <w:rPr>
          <w:rFonts w:ascii="SimHei" w:hAnsi="SimHei" w:eastAsia="SimHei"/>
          <w:b/>
          <w:i w:val="0"/>
          <w:color w:val="013147"/>
          <w:sz w:val="52"/>
        </w:rPr>
        <w:t>管理者教练技能</w:t>
      </w:r>
    </w:p>
    <w:p>
      <w:pPr>
        <w:spacing w:after="160" w:before="0" w:line="576" w:lineRule="exact"/>
        <w:jc w:val="center"/>
      </w:pPr>
      <w:r>
        <w:rPr>
          <w:rFonts w:ascii="SimHei" w:hAnsi="SimHei" w:eastAsia="SimHei"/>
          <w:b/>
          <w:i w:val="0"/>
          <w:color w:val="8DC643"/>
          <w:sz w:val="36"/>
        </w:rPr>
        <w:t>结业不是终点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你带走的不是一门课，是一个习惯。30 天后，看你下属自己长出了几个答案。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0" w:line="448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8"/>
        </w:rPr>
        <w:t>一条行为改变曲线：认知 → 方法 → 实战 → 固化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模块一 · 教练式心智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模块二 · 对话基本功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模块三 · GROW 模型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模块四 · 难点突破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模块五 · 落地生根</w:t>
      </w:r>
    </w:p>
    <w:p>
      <w:pPr>
        <w:spacing w:after="160" w:before="0"/>
      </w:pPr>
      <w:r>
        <w:rPr>
          <w:sz w:val="12"/>
        </w:rPr>
      </w:r>
    </w:p>
    <w:p>
      <w:pPr>
        <w:spacing w:after="200" w:before="160" w:line="384" w:lineRule="exact"/>
        <w:jc w:val="center"/>
      </w:pPr>
      <w:r>
        <w:rPr>
          <w:rFonts w:ascii="Microsoft YaHei" w:hAnsi="Microsoft YaHei" w:eastAsia="Microsoft YaHei"/>
          <w:b w:val="0"/>
          <w:i/>
          <w:color w:val="8DC643"/>
          <w:sz w:val="24"/>
        </w:rPr>
        <w:t>课程的结束，正是你实践的起点。</w:t>
      </w:r>
    </w:p>
    <w:p>
      <w:pPr>
        <w:spacing w:after="120" w:before="0" w:line="352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我的最后笔记：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color w:val="888888"/>
        <w:sz w:val="18"/>
      </w:rPr>
      <w:t xml:space="preserve"> · Coursemaster 出品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