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POWERFUL QUESTIONS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有力提问 · 翻译练习纸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模块三用 · 把「建议句」翻译成「提问句」· 每人 1 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使用说明（讲师）：本件配合模块三「翻译练习」环节使用（40 min）。下面每句都是一句典型的「管理者式建议 / 评判」，请把它翻译成一个**开放式提问**：好的提问让对方自己说出答案，而不是把答案塞给他。完成后两人一组互评：谁的提问更能让人「停下来思考」？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翻译练习（建议句 → 提问句）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原文（建议 / 评判）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我的提问句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自评（打分 1–5）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「你应该先跟客户确认需求。」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「这个方案我觉得不行，风险太大。」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「你得主动一点，别老等着安排。」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「为什么不早点跟我说？」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「下次开会你要提前准备。」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「你这样做效率太低了。」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三个层次参考（讲师带教）：① 事实层提问：先确认状况——“现在具体是什么情况？”；② 感受层提问：触及情绪——“这件事让你最在意的是什么？”；③ 意图层提问：指向行动——“如果由你来定，你会先做哪一步？”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提问避坑自查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复查你写的每一个提问，避开这四个坑：· 别把提问变成「反问」（“你为什么又忘了？”= 另一种批评）</w:t>
              <w:br/>
              <w:t>· 别一次甩三个问号（一次只问一个）</w:t>
              <w:br/>
              <w:t>· 别问「是不是 / 对不对」（封闭式，答完没下文）</w:t>
              <w:br/>
              <w:t>· 别问自己已经有答案的问题（那是测试，不是教练）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我踩的坑（勾出）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改写后的一句好提问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我的好问题清单（带走）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写下 3 个你以后最常用、也最管用的提问，贴在办公桌前：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我最常用的开场提问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我最常用的深挖提问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我最常用的收口提问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有力提问翻译练习纸（配合《管理者教练技能》模块三使用）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