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COACHING TOOLKIT · FRONT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管理者教练技能 · 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正面 · 5 张核心工具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GROW 四步教练模型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G 目标 Goal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「你想通过这次对话，达成什么？」目标要正向、具体、是他自己的。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R 现状 Reality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「现在情况怎么样？已经做了哪些？」只看事实，不评判、不代他下结论。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O 选项 Options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「除了已经想到的，还能怎么做？」先要数量后要质量，多问「还有呢」。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W 意愿 Will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「你定下的下一步是？何时做？我怎么当问责伙伴？」咬死承诺，让他复述。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有力提问清单（5 类 · 一次一问）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① 目标类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你想达成什么？为什么这对你重要？成功长什么样？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② 现状类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现在是什么情况？已经试过什么？什么在拖后腿？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③ 选项类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还能怎么做？如果资源 unlimited 你会选哪条？最坏/最好会怎样？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④ 行动类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下一步具体做什么？谁来做？什么时候做完？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⑤ 反思类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刚才聊完你有什么新发现？如果重来你会怎么问自己？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COACHING TOOLKIT · BACK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管理者教练技能 · 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背面 · 听 · 问 · 落地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三层倾听卡（顺序不可跳）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第一层 · 事实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他到底说了什么、做了什么。（多数人停在这层就急着给方案。）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第二层 · 情绪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他现在的感受是什么？说出情绪、承认其合理，对话才接得住。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第三层 · 需要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情绪背后是没被满足的什么？需要被看见、被尊重、有自主……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日常教练时刻地图（不用新课，嵌进现有节奏）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1对1 定期面谈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开场问：「最近哪件事让你最有劲 / 最卡？」把汇报变教练。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每日站会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少问「进度怎样」，多问「有什么卡点需要我帮你搬开？」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复盘会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少问「谁的责任」，多问「我们从这次学到了什么、下次怎么不同？」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下属犯错时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先问「你怎么看这次？当时你怎么想的？」再一起定下一步。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⑤ 向前反馈句式（替代空泛评价）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0"/>
        </w:rPr>
        <w:t>▸ 「如果要更好一点，你下次会尝试……？」 —— 聚焦未来可试的动作，不翻旧账。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0"/>
        </w:rPr>
        <w:t>▸ 「如果重来一次，你会先做什么不一样？」 —— 把复盘变成他自己长的洞察。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0"/>
        </w:rPr>
        <w:t>▸ 「你觉得自己哪步做得最漂亮？」 —— 先肯定，再给一个可尝试的小建议。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0"/>
        </w:rPr>
        <w:t>▸ ❌ 别用：笼统评价「你做得不错 / 还不够」　✅ 改用：给一个具体可试的下一次动作。</w:t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随身口诀：先听三层 · 再问五类 · 套进 GROW · 收口要承诺 · 复盘给向前。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教练工具速查卡（配合《管理者教练技能》课程使用）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