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天问题解决行动计划表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说明：本表在课程当天填完。结构化思考靠的是习惯，不靠一次性顿悟。三行对应六步的三个落点——界定 / 根因 / 落地。每行填「每周一个动作 / 一个可观察信号 / 一个支持资源」。第一周的第一件事，必须具体到「哪天」。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第一行 · 界定（把模糊抱怨写成「现状-目标-差距」）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可观察信号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我要改写的真实问题（原话）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改写后（现状-目标-差距）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这个问题的差距怎么衡量（数字 / 事实）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什么时候完成界定（具体到日期）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第二行 · 根因（用 5 Why + 鱼骨图挖到机制）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可观察信号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我的每周固定动作（如每周五 10 分钟分析）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我要分析的场景（可写代号）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我最容易停在的「人」层是哪一步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我会用鱼骨图哪几类（人机料法环测）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第三行 · 落地（用 A3 一页纸 + PDCA 跟进）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可观察信号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我要落地的方案与时点（具体到 X 月 X 日）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A3 的第六栏（谁 / 做什么 / 何时）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我最怕哪一栏填不出来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PDCA 的复盘时点与验证方式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支持资源与伙伴互锁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我需要的支持（上级 / 数据 / 工具 / 时间）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我的互锁伙伴是谁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互锁方式与日期（如 30 天后通话一次）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四条自检（每月做一次）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680"/>
        <w:gridCol w:w="6350"/>
        <w:gridCol w:w="2494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我还能不看 AI，说出这个问题的根因和我的判断吗？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能　□ 不能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我有没有把「AI 说先做 A」当成自己的决定？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没有　□ 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方案是不是留在了共享盘，而不是变成一页纸行动？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不是　□ 是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我有没有因为急着出方案，跳过了界定和找根因？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没有　□ 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承诺内容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承诺三要求：**具体**（做什么，不是「我以后要注意」）·**可听**（对谁说）· **可查**（怎么验证）。结构化不是让你变慢，是让你不必反复返工。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天问题解决行动计划表（落地固化用）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