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5 WHY · ROOT CAUSE ANALYSIS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5 Why 根因分析表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模块四练习 · 挖到机制层而非个人层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使用说明：连续追问「为什么」，直到指向流程 / 制度 / 机制，而不是某个人。纪律：① 每一层都要基于事实（写不出来源就标「待核实」）；② 不跳步；③ 不停在人身上；④ 每层都能被检验。判断到达根的标准：解决它，同类问题不再复发。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案例 / 问题描述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所属场景（A/B/C）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起始观察到的症状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追问链条（至少填到 Why 5；停了就写「已到根」）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134"/>
        <w:gridCol w:w="5329"/>
        <w:gridCol w:w="3061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层级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追问与回答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事实依据 / 来源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Why 1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Why 2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Why 3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Why 4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Why 5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根因判定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628"/>
        <w:gridCol w:w="5896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判定项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我的结论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挖到的是机制还是个人？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机制　□ 个人（个人 → 必须重挖）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解决它，同类问题会复发吗？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不会（= 到根）　□ 会（继续挖）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根因一句话表述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警示：如果最后停在「因为某人不用心 / 不细心」，说明你只找了个人背锅，没挖到根。正确做法是继续追：他为什么会这样？是标准不清、培训没到位、还是机制让他没法做对？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5 Why 根因分析表（配合《结构化问题解决》模块四使用）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