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A3 · ONE-PAGE ACTION PLAN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A3 一页纸行动计划表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模块六练习 · 把分析变成行动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使用说明：把全天的分析结果，压进这一页纸的七栏。限定一页，是为了强迫你抓重点——减法的过程就是真正想清楚的过程。第⑥栏最关键：谁 / 做什么 / 何时，必须写到具体的人和日期。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小组：____________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背景　（为什么现在必须解决这个问题？）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现状　（事实与数据——有没有能拿来反驳的数字？）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目标　（达成标准——是否可衡量？）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根因　（分析结论——解决它，同类问题还会复发吗？）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⑤ 对策　（选定解法——这是高影响低成本那一格吗？）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⑥ 计划　（谁 / 做什么 / 何时——写得出来吗？）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⑦ 跟进　（怎么验证、何时复盘——拿什么验证？）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配套 PDCA：P 计划 → D 执行 → C 检查 → A 处理。多数人只做 P 和 D——真正让组织变强的是 C 和 A。第⑦栏「跟进」就是 PDCA 的 Check：没有跟进的行动计划，等于没有。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A3 一页纸行动计划表（配合《结构化问题解决》模块六使用）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