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结构化问题解决</w:t>
        <w:br/>
        <w:t>从「拍脑袋」到「一页纸拍板」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开会一听到问题，就急着给方案——结果方案一定是偏的，回头还得返工。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问题反复出现，每次都解决、每次都复发——因为一直在摘黄叶，没找根。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分析报告写了三十页，结论也清楚，最后躺在共享盘里落灰，没人执行。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方案其实不差，却总被否——不是内容不行，是没讲清楚。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这不是一堂教你「更聪明」的思维课，而是一堂把直觉判断换成可重复流程的实战课。全课主张只有一句——好的管理者不靠天才的直觉，靠可重复的思考流程。六步走完，你带走的是解决一个真问题的成果。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我们都在拍脑袋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 · 全课地图 · 学习公约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为什么拍脑袋付学费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问题解决四陷阱 · 双系统（Kahneman 2011）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界定问题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问题陈述三要素 + SCQA（Minto）⭐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MECE + 逻辑树（Minto）⭐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找根因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Why（丰田·大野耐一）+ 鱼骨图（Ishikawa）⭐⭐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定优先级 + 结构化表达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影响-努力矩阵 + 金字塔原理（Minto）⭐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一页纸落地 + AI 协作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A3（丰田）+ PDCA（Deming）+ 人在回路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带一个真问题来——今天所有练习都围绕它，练完就能用回工作。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先做后评——先自己写、小组讨论，再被挑毛病；被挑毛病是好事。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只学六个动作——不追求全懂，追求六个动作能上手。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带走一个行动——结课每人带走「一张速查卡 + 一份 30 天计划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为什么「拍脑袋」总在付学费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直觉快、省力；结构化慢、可靠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说出问题解决的四个常见陷阱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用「双系统」解释直觉为什么会失效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判断哪些决定必须「强制切到系统 2」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「凭直觉拍板重要决定」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「在重要决定上强制走流程」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你最近三个月，做过一个当时很笃定、后来发现想错了的决定吗？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那个决定的代价是什么——时间、钱、还是信任？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双系统理论（Daniel Kahneman, 2011）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系统 1（快思考）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系统 2（慢思考）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特点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自动、快速、不费力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受控、缓慢、耗能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擅长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熟悉场景、经验判断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陌生问题、多变量权衡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风险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偏见、想当然、以偏概全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慢、累、容易被跳过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日常小事靠它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重要决定强制用它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来源：Daniel Kahneman,《Thinking, Fast and Slow》(2011)，诺贝尔经济学奖。关键：系统 1 默认打开，系统 2 是懒惰的——大脑会自动省电。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问题解决四陷阱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陷阱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破法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急于给方案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问题没界定就讨论怎么做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先界定（模块二）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只顾症状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头痛医头，问题反复复发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找根因（模块四）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只见自己视角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从本部门看，拼不出全貌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拆解穷尽（模块三）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只发散不收敛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想法一堆，落不了地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定优先级（模块五）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直觉不是敌人，在重要决定上被直觉牵着走才是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系统 1 的三种偏爱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偏爱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可得性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最容易想到的 = 最可能的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被最近一次经历带偏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锚定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第一个数字定调子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预算、工期被首个数锚住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确认偏误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只找支持自己的证据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越查越觉得自己对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破法只有一个：在重要决定上强制走流程。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四陷阱归类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回到开场的「想当然的决定」，挑一张判断它属于哪个陷阱，并写一句「当时多问一句什么就不会错」。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独立想 3 分钟：这张便利贴属于哪个陷阱？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同桌互相说一遍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写下：我当时多问的那句，对应六步里的哪一步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为什么「拍脑袋」总在付学费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结构化 = 在关键时刻打开系统 2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为什么「拍脑袋」总在付学费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找出你最近一次「锚定」的场景，写下来提醒自己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列一个「必须走流程」的决定清单（超过 X 金额 / 涉及人 / 不可逆）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界定问题：把「一团乱麻」写成一句话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问题说不清，答案一定偏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用「现状-目标-差距」写出一句话问题陈述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识别「把方案当问题」的常见错误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SCQA 让问题陈述有说服力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「说「执行力不行」这类判断」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「用事实和标准说清问题」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你团队最近总在说的一个问题，是「事实」还是「判断」？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它能不能拿数字来反驳？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问题陈述三要素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定义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 Situation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可观察的事实（不是判断）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我看到的是什么？数据/时间/对象？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 Goal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可衡量的标准（不是愿望）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本来/应该是什么样？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差距 Gap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现状与目标的距离（= 问题）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差多少？差在哪里？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来源：Minto《The Pyramid Principle》与咨询通用方法。诀窍——能拿数字反驳你 → 是事实；只能『我觉得不是』→ 还是判断。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三个反例：判断 / 愿望 / 方案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原话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它其实是什么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「销售团队执行力不行」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不是事实，没有标准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「客户满意度需要提升」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愿望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从多少到多少？不知道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「我们应该上一个新 CRM」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答案被写进问题，讨论被锁死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最危险的是第 3 句——一旦说「上系统」，其他可能性全被排除。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SCQA 结构（Barbara Minto）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大家都认同的事实背景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华东区一直是我们的增长引擎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冲突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打破平衡的变化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但最近两月新客转化率从 18% 掉到 11%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Q 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冲突引出的核心问题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 4 个百分点的差距，到底卡在哪？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你的回应 / 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拆解后发现主要卡在决策环节，建议……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 S 后 C——先说情境，听众才会跟你一起紧张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问题陈述改写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卡片上有 3 个模糊说法，每组选 2 个改写成结构化问题陈述。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用「现状-目标-差距」写一句完整的话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用 SCQA 写一段 4 句话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标出你改写时补了哪些『猜的』信息（这些需要核实）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组间互评：这句话能不能拿数字反驳？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界定问题：把「一团乱麻」写成一句话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问题说清楚，答案就出来一半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界定问题：把「一团乱麻」写成一句话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把你手上最头疼的问题，用三要素改写成一句话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下次开会前，先写一句 SCQA 开场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拆解问题：MECE + 逻辑树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不拆，就只会平均用力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用两条检查线判断一次拆解是否 MECE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说出拆解的三种维度（流程 / 结构 / 公式）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现场搭出一棵三层逻辑树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「全环节平均用力」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「拆开后集中火力打关键环」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你有没有过「大家都盯紧点，但问题依然没解决」的经历？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那次是没定位到关键环节吗？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MECE 原则（Barbara Minto）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检验问句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ME 相互独立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拆出的几条不能重叠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有没有两条在讲同一件事？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CE 完全穷尽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所有可能都要覆盖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有没有被漏掉的维度？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还原检验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子树加起来能还原母问题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 → 穷尽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边界检验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子树之间能画互不重叠的界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 → 独立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不 MECE 的拆解，等于没拆——要么重复用力，要么漏掉关键维度。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三种拆解维度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适用场景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 Process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有先后顺序的事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 → 意向 → 决策 → 成交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结构 Component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由部分组成的事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产品 / 价格 / 渠道 / 促销（4P）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公式 Formula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可量化的事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收入 = 客户数 × 客单价 × 复购率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公式一写，就知道该动哪个变量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逻辑树用法三步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先穷尽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把可能的枝都画出来，保证不遗漏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再判断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根据数据或经验，判断哪一枝最关键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别平均用力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80% 精力给最可能的关键枝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最常见错误：拆到一半就下结论——刚画两枝就说『肯定是销售的问题』，等于没拆。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现场搭一棵逻辑树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三组各领一个场景（客户续约率下降 / 新员工留存率低 / 项目交付延期），搭到三层。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先选一种拆解维度，说明为什么选它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搭到三层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用两条检验线自查 MECE：有没有重叠？有没有遗漏？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圈出最可能的关键枝，说明依据是数据还是感觉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拆解问题：MECE + 逻辑树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拆解不是越细越好，是互斥且穷尽到能定位问题的粒度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拆解问题：MECE + 逻辑树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用公式维度拆一次你团队的某个指标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给现有的一个分析报告补一棵逻辑树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找根因：5 Why + 鱼骨图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解决症状，问题复发；解决根因，问题不再来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5 Why 追到「解决后不再复发」的层面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用鱼骨图六类铺开，保证维度不遗漏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说清逻辑树（横向）与鱼骨图（纵向）的分工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「摘黄叶式的治标」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「挖到机制层的治本」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你团队有没有反复出现、每次都解决、每次都复发的问题？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最近一次，你们解决的是症状还是原因？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5 Why（丰田生产方式 · 大野耐一）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纪律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基于事实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每一层都要有证据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「可能是客户太挑剔」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不跳步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一层一层往下问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从症状直接跳到对策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不停在人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指向机制而非个人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「因为小李不细心」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可验证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每层都能被检验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凭空推测的因果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核心不是『问 5 次』——次数是参考，3 次到根也行。停止标志：再往下问指向流程/制度/机制，而不是某个人的时候。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鱼骨图 / 石川图（Kaoru Ishikawa）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追问方向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常见根因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 Man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技能 / 态度 / 培训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标准未培训到位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机 Machine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设备 / 工具 / 系统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工具缺失或老旧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料 Material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原材料 / 信息 / 数据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输入信息有误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法 Method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 / 标准 / 方法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标准未定义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 Environment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环境 / 氛围 / 外部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工期压力过大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测 Measurement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检查 / 验收 / 度量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验收口径不一致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口诀：人机料法环测（5M1E）——保证不遗漏维度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三工具接力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方向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回答什么问题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逻辑树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横向铺开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问题卡在『哪一枝』？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鱼骨图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横向铺开六类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这一类『有哪些可能原因』？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Why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纵向挖深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『到底哪一条』是根因？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顺序不能反：先定位枝 → 再铺可能 → 最后挖到根。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根因演练（三组）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各领一个案例（客户投诉率上升 / 团队加班多但产出不升 / 培训后行为没改变），用鱼骨图 + 5 Why 挖到根。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鱼骨图（人机料法环测）铺开至少 8 条可能原因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挑 2 条最可疑的用 5 Why 往下挖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判断挖到的是不是『根』——标准：解决它，同类问题不再复发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如果挖到最后停在某个人身上，重挖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找根因：5 Why + 鱼骨图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根因的标准：解决它，同类问题不再复发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找根因：5 Why + 鱼骨图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挑一个反复复发的问题，用 5 Why 挖一次，看看是不是停在人身上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把鱼骨图六类贴在办公室，下次分析问题时对着看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定优先级 + 结构化表达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方案被采纳，一半靠内容，一半靠结构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用影响-努力矩阵给解法排优先级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说出金字塔结构四原则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写出一段「结论先行」的 3 分钟汇报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「按过程念汇报」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「结论先行的结构化表达」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你有没有过「分析很扎实，方案却被否」的经历？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被否的原因，是内容还是结构？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影响-努力矩阵 + 帕累托 80/20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格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条件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 · 低努力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立即做——快速见效，建立信心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 · 高努力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排期做——单独立项、给资源、定节点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低影响 · 低努力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顺手做或授权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低影响 · 高努力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不做——敢于砍掉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来源：艾森豪威尔矩阵变体 / 帕累托法则。第 ④ 格最重要——很多团队忙死，就因为不肯砍。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金字塔原理四原则（Barbara Minto）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结论先行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先说结论，再说理由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 20 分钟还没到点子上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以上统下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上层观点下层都要支撑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下面夹带无关信息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归类分组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同组理由放在一起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三个理由散着讲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逻辑递进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按重要性/时间/结构排序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又散又乱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SCQA 是开场，金字塔是主体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3 分钟金字塔汇报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用模块四的根因与解法，写一段 3 分钟汇报并上台讲。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把解法填进影响-努力矩阵，标出 ①②③④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决定先做哪个，写成一句结论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用金字塔写 3 个理由，每个配一个证据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用 SCQA 写一段 4 句话开场；上台讲，其他组当『老板』说出你的结论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定优先级 + 结构化表达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结论先行，是对听众时间的尊重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定优先级 + 结构化表达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把下周要汇报的一场会，改成「结论先行 + 三个理由」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用影响-努力矩阵，砍掉一件你一直在做但影响很低的事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一页纸落地 + AI 协作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A3 是分析与行动之间的桥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A3 七要素写出一页行动计划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AI 在问题解决中能做与不能做的事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 30 天问题解决计划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「分析报告躺在共享盘」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「一页纸落到人与时间」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你上一次做完分析，是不是就停在报告了？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如果压成一页纸，最难填的是哪一栏？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A3 报告（丰田）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栏位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检验问题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背景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为什么要解决这个问题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为什么现在必须解决它？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现状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事实与数据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有没有能拿来反驳的数字？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达成标准，可衡量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标准是否可衡量？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根因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分析结论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解决它，同类问题还会复发吗？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对策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选定解法（已排优先级）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这是高影响低成本那一格吗？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 / 做什么 / 何时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谁都写得出来吗？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⑦ 跟进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怎么验证、何时复盘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拿什么验证？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限定一页强迫你抓重点——减法的过程，就是真正想清楚的过程。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PDCA 循环（W. Edwards Deming）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Plan 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定目标与方法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目标可衡量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Do 执行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按计划行动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记录过程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Check 检查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结果对不对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多数人漏掉这一步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Act 处理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固化或修正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把有效做法变标准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A3 第七栏『跟进』就是 PDCA 的 Check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协作：能做 vs 不能替（人在回路 HITL）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✅ AI 能做（加速）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❌ AI 不能替（人的责任）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补 MECE 遗漏维度、给备选框架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决定哪一枝才是关键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检索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快速找行业数据、标准、先例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判断信息是否可信、是否适用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把要点整理成金字塔结构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做承诺、对外表态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列出各选项利弊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下判断、担责任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来源：人在回路（Parasuraman &amp; Riley, 1997）；认知外包（Gerlich 2025；Lee et al. 2025, ACM CHI）。纪律——AI 用得越多，越要保留自己的思考回路。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三条可复制提示词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提示词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查漏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「我这样拆解问题 [粘贴]，帮我检查 MECE 遗漏的维度，只指出漏洞，别给答案。」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「我打算先做 B，请给我三个可能失败的理由。」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「把这些要点按金字塔结构（结论先行）整理成一段。」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只做加速，判断与承诺永远由人完成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6 · 一页 A3 + 30 天计划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用你们的真实问题填出一页 A3（七栏都要填），再填 30 天计划。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填 A3 七栏；第⑥栏必须写到人、事、时间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填 30 天计划：未来四周每周解决一个真实问题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同桌互查：这页纸，别人拿去能执行吗？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检查第⑥栏有没有『尽快』『加强』这类模糊词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一页纸落地 + AI 协作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没有跟进的计划，等于没有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一页纸落地 + AI 协作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把今天的 A3 打印出来贴在工位，本周就动手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把三条 AI 提示词存进手机备忘录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你走过了什么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带走的东西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看见我们都在拍脑袋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全课六步地图 + 学习公约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为什么拍脑袋付学费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双系统 + 四陷阱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界定问题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三要素 + SCQA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MECE + 逻辑树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找根因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Why + 鱼骨图 + 三工具接力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优先与表达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影响-努力矩阵 + 金字塔原理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一页纸落地 + AI 协作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A3 + PDCA + 人在回路 + 三条提示词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界定 · 拆解 · 根因 · 优先 · 表达 · 落地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为什么「拍脑袋」总在付学费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界定问题：把「一团乱麻」写成一句话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拆解问题：MECE + 逻辑树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找根因：5 Why + 鱼骨图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定优先级 + 结构化表达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一页纸落地 + AI 协作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问题陈述改写卡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把模糊抱怨改写成「现状-目标-差距」——写完自问：能不能拿数字反驳？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原话（模糊说法）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现状（事实）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目标（可衡量标准）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差距（= 问题）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 一句话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需要核实的信息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销售团队执行力不行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过去两月华东区新客转化率从 18% 降到 11%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回到 15% 以上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差距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目前差 4 个百分点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华东区一直是增长引擎，但最近转化率掉了 7 个点，卡在哪？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待核实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是否为区域特例 / 是否与产品改版同期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逻辑树搭建工作表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选一种维度搭到三层，用两条检验线自查 MECE。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MECE 自查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母问题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维度（流程/结构/公式）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第一层枝 1/2/3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有无重叠/遗漏？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第二层枝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第三层枝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圈定的关键枝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依据：数据 / 感觉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5 Why 根因分析表 + 鱼骨图模板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先用鱼骨图铺开六类，再用 5 Why 对可疑的骨深挖。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追问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事实依据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Why 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Why 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Why 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Why 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Why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是否指向机制？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 / 否（否 → 重挖）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影响-努力矩阵卡 + 金字塔表达结构卡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排优先级 + 写出结论先行的 3 分钟汇报。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高影响低努力（立即做）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高影响高努力（排期）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低影响低努力（顺手）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低影响高努力（砍掉）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结论一句话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理由 1 / 2 / 3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 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A3 一页纸行动计划表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七栏填满，第⑥栏必须写到人、事、时间。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栏位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背景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现状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根因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对策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计划（谁/做什么/何时）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⑦ 跟进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天问题解决计划表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三行（界定 / 根因 / 落地）× 三列（动作 / 信号 / 资源），承诺具体到哪天。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每周一个动作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可观察信号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支持资源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界定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根因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双系统理论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系统 1（快·自动）+ 系统 2（慢·可靠）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Daniel Kahneman (2011),《Thinking, Fast and Slow》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问题陈述三要素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 Situation + 目标 Goal + 差距 Gap（= 问题）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Barbara Minto《The Pyramid Principle》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 → 冲突 → 问题 → 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Barbara Minto / 麦肯锡结构化表达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MECE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相互独立（ME）+ 完全穷尽（CE）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Barbara Minto / 麦肯锡分析方法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逻辑树 Issue Tree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 / 结构 / 公式 三种拆解维度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Minto / 麦肯锡（公共知识）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Why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层层追问，挖到机制层而非个人层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丰田生产方式 · 大野耐一（Taiichi Ohno）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鱼骨图（石川图）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人机料法环测 5M1E 六类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Kaoru Ishikawa（石川馨）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影响-努力矩阵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高影响低努力 → 立即做；低影响高努力 → 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艾森豪威尔矩阵变体（公共知识）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帕累托法则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20% 的原因造成 80% 的问题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Vilfredo Pareto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金字塔原理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结论先行 · 以上统下 · 归类分组 · 逻辑递进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Barbara Minto《The Pyramid Principle》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A3 报告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背景·现状·目标·根因·对策·计划·跟进（七栏一页）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丰田（Toyota A3）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PDCA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Plan → Do → Check → 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W. Edwards Deming（戴明环）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HITL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生成 → 人判断 → 人决定 → 人担责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Parasuraman &amp; Riley (1997)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认知外包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可外包「写」，不可外包「想」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Gerlich (2025)；Lee et al. (2025, ACM CHI)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结构化不是让你变慢，是让你不必反复返工。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用三要素 + SCQA 把手上最头疼的问题界定清楚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MECE + 逻辑树拆解，圈出关键枝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5 Why + 鱼骨图挖到机制层根因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排优先级 + 金字塔汇报 + 出一页 A3 落地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问题陈述三要素的掌握度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MECE + 逻辑树的实用性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Why + 鱼骨图的挖根能力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影响-努力矩阵 + 金字塔表达的好用度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A3 一页纸 + AI 协作的可操作性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讲师引导与点评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结构化问题解决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从「拍脑袋」到「一页纸拍板」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结构化不是让你变慢，是让你不必反复返工。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好的管理者不靠天才的直觉，靠可重复的思考流程。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