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STRUCTURED PROBLEM SOLVING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结构化问题解决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六步流程 + 界定 + 拆解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六步流程一张图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步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名称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一句话要点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核心工具（来源）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界定问题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把一团乱麻写成「现状-目标-差距」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问题陈述三要素 + SCQA（Minto）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拆解问题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互斥且穷尽，拆到能下手的粒度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MECE + 逻辑树（Minto）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找根因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挖到「解决后不再复发」的那一层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 Why（丰田·大野耐一）+ 鱼骨图（Ishikawa）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定优先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别想全解决，先拿到关键少数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影响-努力矩阵 + 帕累托 80/20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⑤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结构化表达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结论先行，让人 3 分钟听懂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金字塔原理（Minto）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⑥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一页纸落地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把分析变成谁-做什么-何时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A3（丰田）+ PDCA（Deming）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问题解决四陷阱（自查用）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陷阱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表现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破法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急于给方案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问题没界定就开始讨论怎么做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先界定（第①步）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只顾症状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头痛医头，问题反复复发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找根因（第③步）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只见自己视角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从本部门看，拼不出全貌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拆解穷尽（第②步）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只发散不收敛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想法一堆，落不了地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定优先级（第④步）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双系统理论（Daniel Kahneman, 2011）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系统 1（快思考）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系统 2（慢思考）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特点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自动、快速、不费力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受控、缓慢、耗能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擅长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熟悉场景、经验判断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陌生问题、多变量权衡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风险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偏见、想当然、以偏概全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慢、累、容易被跳过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用法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日常小事靠它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重要决定强制用它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问题陈述三要素 + SCQA（Barbara Minto）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要素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定义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自查问句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现状 Situation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可观察的事实（不是判断）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我看到的是什么？数据/时间/对象？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目标 Goal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可衡量的标准（不是愿望）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本来/应该是什么样？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差距 Gap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现状与目标的距离（= 问题）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差多少？差在哪里？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字母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含义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作用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示例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Situation 情境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大家都认同的事实背景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华东区一直是我们的增长引擎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Complication 冲突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打破平衡的变化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但最近两月新客转化率从 18% 掉到 11%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Q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Question 问题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冲突引出的核心问题</w:t>
            </w:r>
          </w:p>
        </w:tc>
        <w:tc>
          <w:tcPr>
            <w:tcW w:type="dxa" w:w="2466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 4 个百分点的差距，到底卡在哪？</w:t>
            </w:r>
          </w:p>
        </w:tc>
      </w:tr>
      <w:tr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Answer 答案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你的回应 / 建议</w:t>
            </w:r>
          </w:p>
        </w:tc>
        <w:tc>
          <w:tcPr>
            <w:tcW w:type="dxa" w:w="2466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拆解后发现主要卡在决策环节，建议……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MECE 原则 + 三种拆解维度（Minto）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原则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含义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检验问句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ME 相互独立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拆出的几条不能重叠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有没有两条在讲同一件事？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CE 完全穷尽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所有可能都要覆盖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有没有被漏掉的维度？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还原检验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子树加起来能还原母问题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 → 穷尽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边界检验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子树之间能画互不重叠的界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能 → 独立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维度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适用场景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例子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流程 Process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有先后顺序的事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认知 → 意向 → 决策 → 成交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结构 Component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由部分组成的事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产品 / 价格 / 渠道 / 促销（4P）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公式 Formula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可量化的事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收入 = 客户数 × 客单价 × 复购率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STRUCTURED PROBLEM SOLVING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结构化问题解决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根因 + 优先 + 表达 + 落地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5 Why 四个纪律（丰田 · 大野耐一）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纪律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说明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反例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基于事实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每一层都要有证据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「可能是客户太挑剔」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不跳步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一层一层往下问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从症状直接跳到对策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不停在人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指向机制而非个人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「因为小李不细心」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可验证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每层都能被检验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凭空推测的因果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鱼骨图六类速查（石川馨 Kaoru Ishikawa）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类别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追问方向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常见根因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人 Man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技能 / 态度 / 培训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标准未培训到位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机 Machine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设备 / 工具 / 系统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工具缺失或老旧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料 Material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原材料 / 信息 / 数据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输入信息有误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法 Method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流程 / 标准 / 方法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标准未定义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环 Environment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环境 / 氛围 / 外部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工期压力过大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测 Measurement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检查 / 验收 / 度量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验收口径不一致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⑧ 影响-努力矩阵 + 帕累托 80/20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格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条件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动作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高影响 · 低努力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立即做——快速见效，建立信心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高影响 · 高努力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排期做——单独立项、给资源、定节点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低影响 · 低努力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顺手做或授权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低影响 · 高努力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不做——敢于砍掉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⑨ 金字塔原理四原则（Barbara Minto）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原则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含义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反例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结论先行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先说结论，再说理由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讲 20 分钟还没到点子上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以上统下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上层观点下层都要支撑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下面夹带无关信息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归类分组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同组理由放在一起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三个理由散着讲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逻辑递进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组与组按重要性/时间/结构排序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又散又乱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⑩ A3 一页纸七栏（丰田）+ PDCA（Deming）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栏位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内容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检验问题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背景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为什么要解决这个问题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为什么现在必须解决它？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现状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事实与数据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有没有能拿来反驳的数字？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目标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达成标准，可衡量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标准是否可衡量？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根因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分析结论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解决它，同类问题还会复发吗？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⑤ 对策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选定解法（已排优先级）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这是高影响低成本那一格吗？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⑥ 计划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谁 / 做什么 / 何时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谁都写得出来吗？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⑦ 跟进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怎么验证、何时复盘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拿什么验证？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阶段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动作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关键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P Plan 计划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定目标与方法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目标可衡量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D Do 执行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按计划行动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记录过程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 Check 检查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结果对不对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多数人漏掉这一步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Act 处理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固化或修正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把有效做法变标准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⑪ AI 协作：能做 vs 不能替（人在回路 HITL, 1997）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✅ AI 能做（加速）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❌ AI 不能替（人的责任）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拆解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补 MECE 遗漏维度、给备选框架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决定哪一枝才是关键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检索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快速找行业数据、标准、先例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判断信息是否可信、是否适用</w:t>
            </w:r>
          </w:p>
        </w:tc>
      </w:tr>
      <w:tr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表达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把要点整理成金字塔结构</w:t>
            </w:r>
          </w:p>
        </w:tc>
        <w:tc>
          <w:tcPr>
            <w:tcW w:type="dxa" w:w="3289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做承诺、对外表态</w:t>
            </w:r>
          </w:p>
        </w:tc>
      </w:tr>
      <w:tr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判断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列出各选项利弊</w:t>
            </w:r>
          </w:p>
        </w:tc>
        <w:tc>
          <w:tcPr>
            <w:tcW w:type="dxa" w:w="3289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下判断、担责任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⑫ 三条可复制提示词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用途</w:t>
            </w:r>
          </w:p>
        </w:tc>
        <w:tc>
          <w:tcPr>
            <w:tcW w:type="dxa" w:w="4933"/>
            <w:shd w:val="clear" w:color="auto" w:fill="013147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提示词</w:t>
            </w:r>
          </w:p>
        </w:tc>
      </w:tr>
      <w:tr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查漏</w:t>
            </w:r>
          </w:p>
        </w:tc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「我这样拆解问题 [粘贴]，帮我检查 MECE 遗漏的维度，只指出漏洞，别给我答案。」</w:t>
            </w:r>
          </w:p>
        </w:tc>
      </w:tr>
      <w:tr>
        <w:tc>
          <w:tcPr>
            <w:tcW w:type="dxa" w:w="4933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反证</w:t>
            </w:r>
          </w:p>
        </w:tc>
        <w:tc>
          <w:tcPr>
            <w:tcW w:type="dxa" w:w="4933"/>
            <w:shd w:val="clear" w:color="auto" w:fill="E8F1F0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「我打算先做 B，请给我三个可能失败的理由。」</w:t>
            </w:r>
          </w:p>
        </w:tc>
      </w:tr>
      <w:tr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整理</w:t>
            </w:r>
          </w:p>
        </w:tc>
        <w:tc>
          <w:tcPr>
            <w:tcW w:type="dxa" w:w="4933"/>
          </w:tcPr>
          <w:p>
            <w:r/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「把这些要点按金字塔结构（结论先行）整理成一段。」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随身口诀：界定 · 拆解 · 根因 · 优先 · 表达 · 落地。遇到问题先别急着给方案——先把问题写成「现状-目标-差距」。AI 只做加速（查漏 / 检索 / 整理），判断与承诺永远由人完成。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核心工具速查卡（配合《结构化问题解决》课程使用）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