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before="0"/>
      </w:pPr>
      <w:r>
        <w:rPr>
          <w:sz w:val="12"/>
        </w:rPr>
      </w:r>
    </w:p>
    <w:p>
      <w:pPr>
        <w:spacing w:after="80" w:before="0" w:line="704" w:lineRule="exact"/>
        <w:jc w:val="center"/>
      </w:pPr>
      <w:r>
        <w:rPr>
          <w:rFonts w:ascii="SimHei" w:hAnsi="SimHei" w:eastAsia="SimHei"/>
          <w:b/>
          <w:i w:val="0"/>
          <w:color w:val="013147"/>
          <w:sz w:val="44"/>
        </w:rPr>
        <w:t>结构化问题解决</w:t>
      </w:r>
    </w:p>
    <w:p>
      <w:pPr>
        <w:spacing w:after="80" w:before="0" w:line="416" w:lineRule="exact"/>
        <w:jc w:val="center"/>
      </w:pPr>
      <w:r>
        <w:rPr>
          <w:rFonts w:ascii="SimHei" w:hAnsi="SimHei" w:eastAsia="SimHei"/>
          <w:b w:val="0"/>
          <w:i w:val="0"/>
          <w:color w:val="888888"/>
          <w:sz w:val="26"/>
        </w:rPr>
        <w:t>从「拍脑袋」到「一页纸拍板」</w:t>
      </w:r>
    </w:p>
    <w:p>
      <w:pPr>
        <w:spacing w:after="200" w:before="0" w:line="512" w:lineRule="exact"/>
        <w:jc w:val="center"/>
      </w:pPr>
      <w:r>
        <w:rPr>
          <w:rFonts w:ascii="SimHei" w:hAnsi="SimHei" w:eastAsia="SimHei"/>
          <w:b/>
          <w:i w:val="0"/>
          <w:color w:val="8DC643"/>
          <w:sz w:val="32"/>
        </w:rPr>
        <w:t>讲师手册 · FACILITATOR GUIDE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结构化不是让你变慢，是让你不必反复返工。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84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4"/>
        </w:rPr>
        <w:t>1 天 / 7 小时 · 模块 0–6 · 学练合一</w:t>
      </w:r>
    </w:p>
    <w:p>
      <w:pPr>
        <w:spacing w:after="20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配套：授课级 PPT + 学员手册 + 本手册 + 核心工具带走件 + 9 份 handout</w:t>
      </w:r>
    </w:p>
    <w:p>
      <w:pPr>
        <w:spacing w:after="8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版本 v1.0 · Coursemaster 出品</w:t>
      </w:r>
    </w:p>
    <w:p>
      <w:pPr>
        <w:spacing w:after="80" w:before="0" w:line="320" w:lineRule="exact"/>
        <w:jc w:val="center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本手册仅供授课讲师使用，含引导话术、练习答案与控场提示。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一门教管理者「把问题想清楚、说清楚、做落地」的实战课。全课主张一句话：好的管理者不靠天才的直觉，靠可重复的思考流程。课程沿六步推进：界定（把一团乱麻写成一句话）→ 拆解（MECE + 逻辑树）→ 根因（5 Why + 鱼骨图）→ 优先（影响-努力矩阵）→ 表达（金字塔原理）→ 落地（A3 + PDCA），并在模块六界定 AI 的位置：AI 只做加速（查漏 / 检索 / 整理），判断与承诺永远由人完成。讲师角色：不做理论宣讲，做「演练的设计者与点评者」——把课堂当练习场，用学员真问题练。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讲师投影、模型与活动呈现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学员课中写、带走练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timing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备课+授课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+ 30 天问题解决计划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课前+课后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handout 分发件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课前自评表 / 问题陈述改写卡 / 逻辑树工作表 / 5Why 根因分析表 / 鱼骨图模板 / 影响-努力矩阵卡 / 金字塔表达结构卡 / A3 一页纸表 / 30天计划表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活动时发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我们都在拍脑袋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为什么拍脑袋付学费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界定问题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拆解问题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找根因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定优先级 + 结构化表达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一页纸落地 + AI 协作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收尾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承诺与转岗行动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净内容合计 400 min（约 6.7 小时）+ 开场/收尾 40 min，一天 7 小时内闭合；结构化演练占比 ≈ 38%。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【物料清单】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便利贴 × 每人 3 张、白板笔（开场破冰用）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《结构化问题解决_课前自评表》（课前发，学员带到课堂）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《结构化问题解决_问题陈述改写卡》（模块二练习用）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《结构化问题解决_逻辑树搭建工作表》（模块三练习用）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《结构化问题解决_5Why根因分析表》《结构化问题解决_鱼骨图模板》（模块四练习用）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《结构化问题解决_影响努力矩阵卡》《结构化问题解决_金字塔表达结构卡》（模块五练习用）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《结构化问题解决_A3一页纸行动计划表》《结构化问题解决_30天计划表》（模块六+课后用）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计时器（每个练习到点喊停）、投影设备、白板/翻页纸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岛式分组（4–6 人一桌），便于组内演练与互评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白板或翻页纸至少 3 块（三组各一块，用于画逻辑树 / 鱼骨图）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学员手机/电脑（模块六提示词现场展示用；无网络时讲师展示示例）</w:t>
      </w:r>
    </w:p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模块开场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我们都在拍脑袋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类型：破冰 + 定调　｜　时长：20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说出自己最近一次「想当然」的决定及其代价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认同「结构化思考」不是变慢，而是减少返工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了解全课六步地图与学习公约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破冰：写下最近一次想当然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便利贴 + 白板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收敛：共同规律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白板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全课地图：六步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学习公约 + 定调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破冰：每人写三行——① 我当时怎么想的 ② 后来发现什么 ③ 代价是什么。匿名贴墙，讲师念 3–4 张有代表性的。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收敛：这些决定的共同点不是「想错了」，而是「当时没想清楚就定了」——我们把它叫『拍脑袋』。今天给拍脑袋装一个流程。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全课六步：界定 → 拆解 → 根因 → 优先 → 表达 → 落地。六步不是新发明，是几十年沉淀的公共方法。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学习公约：① 带真问题来 ② 先做后评 ③ 只学六个动作。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话术：开场不讲课，先让学员写。沉默三十秒，把空间留给回忆。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话术：念便利贴时去掉敏感信息，挑能让全场会心一笑或倒吸一口气的。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话术：六步地图要快速过，指出模块四、五是重心（演练密集）。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话术：公约第 ① 条要强调：全程用真问题练，不用假案例——这决定了今天的收获是不是你自己的。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白板上这些便利贴，最多的属于哪一类？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如果当时多问一句什么，多数错误就不会发生？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这课是不是又一套『思维模型』？：不是。六步全部来自经典公共方法（Minto / 丰田 / Ishikawa / Kahneman），今天把它们串成一条可上手的流水线。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我没有管理岗位，能上吗？：能。问题解决是通用能力，六步对任何岗位都适用。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一定要带真问题吗？：强烈建议。用假案例练，得到的也是假的成果。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学员说「我没什么想当然的决定」：接——「那就写一个当时犹豫很久、最后还是选错了的。」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现场气氛太松（当笑话讲）：收一句——「笑完之后想想代价那一行，通常不好笑。」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转场：我们从第一步之前开始——先看清：为什么『拍脑袋』总在付学费。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为什么「拍脑袋」总在付学费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类型：认知　｜　时长：45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说出问题解决的四个常见陷阱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用「双系统」解释直觉为什么会失效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判断哪些决定必须「强制切到系统 2」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引入：良率案例（治标不治本）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框架：双系统理论（Kahneman）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四陷阱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1：四陷阱归类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handout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小测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引入：良率从 97% 掉到 91%，团队加强质检，两周回升，第三周又掉到 89%——真正原因是原材料配方变更。犯了两个错：急于给方案、只看症状。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双系统（Daniel Kahneman,《Thinking, Fast and Slow》2011）：系统 1 自动、快速、不费力，擅长熟悉场景但容易想当然；系统 2 受控、缓慢、耗能，擅长陌生问题与多变量权衡。关键：系统 1 默认打开，系统 2 懒惰。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四陷阱：① 急于给方案 ② 只顾表层症状 ③ 只见自己视角 ④ 只发散不收敛。分别对应后面五步的破法。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深化：系统 1 的三种偏爱——可得性（最近一次经历带偏）、锚定（第一个数字定调子）、确认偏误（只找支持自己的证据）。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话术：良率案例先问「如果是你，第一时间会怎么反应？」——让学员先掉进陷阱，再揭示。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话术：双系统讲成一个画面：系统 1 是自动驾驶，系统 2 是手动驾驶。累了就自动切回自动驾驶。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话术：四陷阱让学员现场对号入座，举手最快的那一个——他们记得最牢。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话术：三种偏爱配合 5 分钟小练习『找一次锚定』，代入感强。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良率案例里，你最容易掉进哪个陷阱？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你最近一次被『锚定』是什么场景？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是不是要否定直觉？：不。日常小事相信直觉；重要决定强制走流程。结构化 = 在关键时刻打开系统 2。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系统 2 太耗能，怎么办？：不用一直开。只在『重要决定』上开——这正是流程的价值：它帮你判断什么时候必须慢下来。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四个陷阱能同时避免吗？：不可能，也不必。能识别自己在踩哪个，就已经赢了一半。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学员说「我直觉一直很准」：接——「准的那些，多半是熟悉场景。今天要处理的是你不熟悉又重要的那一类。」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学员嫌理论多：拉回案例，用良率案例说清双系统，不要展开心理学。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练习时间不够：四陷阱归类可缩短为口头分享，但小测必须做。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转场：第一件事已经清楚：我们要破的是这四个陷阱。从哪一步开始？——先把问题说清楚。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界定问题：把「一团乱麻」写成一句话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时长：55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用「现状-目标-差距」三要素写出一句话问题陈述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识别「把方案当问题」的常见错误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SCQA 让问题陈述有说服力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引入：三句看起来像问题的话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框架一：问题陈述三要素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框架二：SCQA（Minto）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2：问题陈述改写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handout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小测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引入：三句原话——「执行力不行」（判断）、「满意度需要提升」（愿望）、「应该上 CRM」（方案）。都不是问题。第三句最危险，把答案写进了问题。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三要素：现状（可观察事实，不是判断）、目标（可衡量标准，不是愿望）、差距（现状与目标的距离 = 问题本身）。诀窍：能拿数字反驳你 → 是事实；只能『我觉得不是』→ 还是判断。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SCQA（Barbara Minto,《The Pyramid Principle》）：情境 → 冲突 → 问题 → 答案。顺序很重要——先 S 后 C，先说情境，听众才会跟你一起紧张。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深化：问题陈述四个常见错误——把方案当问题、缺目标、缺现状、目标太大。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话术：三句原话要念得像个真事儿，让学员先觉得『这不挺对吗』，再逐个击破。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话术：三要素重点讲『事实 vs 判断』——这是学员最常混的地方，可现场做一个小对比。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话术：SCQA 强调顺序：一上来抛冲突会引发防御，先说情境才能带着听众走。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2 是核心产出，必须做组间互评。第 3 句『搞一次团建』要专门讨论——它是方案不是问题。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第 3 句为什么是「方案」不是「问题」？还原成问题应该怎么问？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你改写时补了哪些『猜的』信息？不核实会不会又变成新的拍脑袋？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三要素必须全写吗？：是。缺现状 → 说不清从哪来；缺目标 → 说不清到哪去；缺差距 → 根本没问题。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SCQA 和三要素什么关系？：三要素解决『说清楚』，SCQA 解决『说得让人愿意听』。两者一起用。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目标一开始就能定量吗？：不一定。可以先定性，但必须说明『怎么算达成』——否则还是愿望。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学员写不出定量目标：允许先写区间或定性标准，但要标注『待核实』。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练习时有人写成一句口号：用三要素逐条对照，指出缺了哪一要素。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时间紧张：框架二 SCQA 可压缩，但练习 2 与互评必须保。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转场：一句话只能定边界——接下来，把它拆开，找到能下手的地方。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拆解问题：MECE + 逻辑树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时长：70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用两条检查线判断一次拆解是否 MECE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说出拆解的三种维度（流程 / 结构 / 公式）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现场搭出一棵三层逻辑树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引入：全员用力等于没用力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框架：MECE 原则（Minto）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三种拆解维度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逻辑树用法 + 深化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3：现场搭逻辑树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handout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引入：转化率差 4 个点，全员动员各环节都用力，一个月只涨 1 个点，没人知道哪环起作用。没拆开，只能平均用力——等于没有重点。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MECE（Barbara Minto）：相互独立（不能重叠，否则重复用力）、完全穷尽（不能漏维度）。两个检验：子树加起来能还原母问题（穷尽）；子树之间能画互不重叠的界（独立）。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三种维度：流程（有先后顺序，如认知→意向→决策→成交）、结构（由部分组成，如 4P）、公式（可量化，如收入 = 客户数 × 客单价 × 复购率）。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逻辑树用法：先穷尽 → 再判断 → 别平均用力。最常见错误：拆到一半就下结论。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话术：引入案例强调「平均用力 = 没有重点」，这是学员最有共鸣的一句。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话术：MECE 两词拆开学：ME 讲重叠，CE 讲遗漏，各配一个反例。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话术：公式维度最妙——『公式一写，就知道该动哪个变量』，可现场演示收入公式。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3 是核心产出：三组各一场景，要求搭三层 + 自查 MECE + 圈关键枝。挑毛病只问一句：这棵树的哪一层不 MECE？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哪一组被挑出「不 MECE」？问题出在哪一层？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你们圈出的『关键枝』，依据是数据还是感觉？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拆得越细越好吗？：不是。拆到『能定位问题』的粒度即可。过细会增加噪音，反而看不清重点。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同一层能混用维度吗？：不能。同一层只能用一种维度，混用必不 MECE。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逻辑树用完还要做什么？：树上圈出的关键枝只是『怀疑』，还要用模块四的 5 Why + 鱼骨图挖到根。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学员拆得很乱：先帮他确定一种维度，再往下推。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组间挑毛病变成互相攻击：讲师引导『对树不对人』。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时间不够：练习 3 保 25 分钟，讲解可压缩，但自查 MECE 环节不能省。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转场：树上有很多枝——哪一枝才是根？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找根因：5 Why + 鱼骨图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⭐⭐　｜　时长：75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5 Why 追到「解决后不再复发」的层面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用鱼骨图六类铺开，保证维度不遗漏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说清逻辑树（横向）与鱼骨图（纵向）的分工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引入：反复复发的问题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框架一：5 Why（丰田·大野耐一）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框架二：鱼骨图（Ishikawa）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4：根因演练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handout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小测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引入：客户投诉了出说明、赔不是，下月又投诉；交付延期了加班补，下个项目又延期。解决的是症状，不是原因——判断标准：解决它，同类问题还会不会再犯？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5 Why（丰田生产方式，大野耐一）：核心不是『问 5 次』，而是每一层都基于事实。停止标志：再往下问指向流程/制度/机制，而不是某个人的时候。三不要：不跳步、不猜、不停在人身上。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鱼骨图（石川馨 Kaoru Ishikawa）：把问题写在鱼头，六条大骨——人机料法环测（5M1E）。保证不遗漏维度。用法：先铺开可能原因，再用 5 Why 对可疑的骨深挖。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三工具接力：逻辑树定『哪一枝』→ 鱼骨图铺『这一类有哪些可能』→ 5 Why 挖『到底哪一条是根』。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话术：引入案例用『摘黄叶 vs 找根』的比喻，学员一听就懂。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话术：5 Why 用投诉链条现场演示，走到第 4 层『验收标准未定义』停下——强调这是机制问题。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话术：鱼骨图讲六类的价值：强迫你把每个维度都过一遍，避免只往自己熟悉的维度想。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4 是全天最重演练：20 分钟操作 + 8 分钟上台判定『是不是根』。停在人身上的组，必须上台重挖。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哪个组挖到的其实是「人」而不是「机制」？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『验收标准未定义』这类根因，为什么比『加强培训』更值钱？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5 Why 一定要问 5 次吗？：不是。次数是参考，3 次到根也行。真正的要求是每一层基于事实。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怎么判断挖到根了？：解决它，同类问题不再复发。如果答案是某个人的态度，说明还没到根。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鱼骨图和逻辑树会重复吗？：不会。逻辑树是横向定位到某一枝，鱼骨图是在这一枝内横向铺开六类可能，5 Why 再纵向挖深。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学员停在人身上：不要否定，追问『那为什么这个人会这样』，自然引向机制。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猜的成分多：要求每条因果都写出证据来源，写不出的标注『待核实』。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情绪化（涉及自己团队的问题）：先接情绪，提醒安全域，可改用代号。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时间不够：鱼骨图可只画四类，但 5 Why 演示 + 练习判定不可省。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转场：根因可能有好几个。都重要，但资源有限——先动哪个？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定优先级 + 结构化表达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时长：75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用影响-努力矩阵给解法排优先级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说出金字塔结构四原则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现场写出一段「结论先行」的 3 分钟汇报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引入：方案为什么被否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框架一：影响-努力矩阵 + 80/20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框架二：金字塔原理（Minto）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SCQA + 金字塔组合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5：3 分钟金字塔汇报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handout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引入：你辛苦分析三个月，讲了二十分钟，老板一句『再想想』；同事不如你细致却通过了。被否的原因往往不是内容，是结构。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影响-努力矩阵：① 高影响低努力 → 立即做 ② 高影响高努力 → 排期做 ③ 低影响低努力 → 顺手/授权 ④ 低影响高努力 → 不做。第 ④ 格最重要：敢于砍掉。配帕累托 80/20：20% 的原因造成 80% 的问题。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金字塔原理（Barbara Minto）：结论先行、以上统下、归类分组、逻辑递进。最经典对比——按过程讲 vs 结论先行讲。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SCQA 是开场，金字塔是主体——先情境后冲突，再结论先行。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话术：引入案例要讲到学员有共鸣：『被否不是因为你不够努力』。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话术：矩阵第 ④ 格『不做』要反复强调——很多团队忙死就因为不肯砍。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话术：金字塔四原则配反例讲，反例比正例好记。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5 的验收标准很硬：上台后其他组当『老板』，只回答『他的结论是什么』。答不出来 = 讲失败。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哪个组的『老板』没能说出结论？问题出在哪一句？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你砍掉了矩阵第 ④ 格的哪些解法？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结论先行 = 不做铺垫吗？：不是。是把铺垫放在结论之后。先说结论，再展开——倾听体验完全不同。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三个理由必须三个吗？：不一定。原则是『归类分组』，两个或四个都行，关键是它们同属一组、能支撑结论。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跟 SCQA 什么关系？：SCQA 是开场（把人带进来），金字塔是主体（把事讲清楚）。组合使用。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学员汇报太长：计时器到点喊停，逼他压缩。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有人不认同『结论先行』：用小对比现场演示，效果好于讲道理。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时间不够：SCQA 组合页可压缩，但练习 5 与『老板验收』不可省。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转场：讲清楚了，还要能落地——最后一步：一页纸。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一页纸落地 + AI 协作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类型：工具 ⭐　｜　时长：60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A3 七要素写出一页行动计划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 AI 在问题解决中能做与不能做的事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 30 天问题解决计划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引入：报告落灰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框架一：A3 报告（丰田）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框架二：PDCA（Deming）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协作：能做 vs 不能替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6：一页 A3 + 30 天计划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handout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引入：三十页报告躺在共享盘里落灰——分析和行动之间缺一座桥，这座桥叫 A3。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A3 报告（丰田）：七栏——背景 / 现状 / 目标 / 根因 / 对策 / 计划 / 跟进。限定一页强迫你抓重点，减法的过程就是想清楚的过程。第 ⑥ 栏最关键：谁 / 做什么 / 何时。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PDCA（W. Edwards Deming）：Plan-Do-Check-Act。多数人只做 P 和 D——真正让组织变强的是 C 和 A。A3 第七栏『跟进』就是 C。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协作（人在回路 HITL, Parasuraman &amp; Riley 1997）：AI 能——补 MECE 维度、快速检索、整理结构；不能替——下判断、担责任、做承诺。认知外包警示（Gerlich 2025；Lee et al. 2025, ACM CHI）：AI 用得越多，越要保留自己的思考回路。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三条可复制提示词：查漏 / 反证 / 整理。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话术：引入案例讲『落灰的报告』，提醒学员：分析不等于解决。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话术：A3 讲成一个动作：把全天的分析压进一页纸。第七栏『跟进』就是 PDCA 的 Check。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话术：AI 部分要讲透三条边界，特别强调『判断与承诺永远由人完成』。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话术：三条提示词请学员当场存进手机备忘录——这是最实用的带走件。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哪一栏最难填？为什么？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你的第 ⑥ 栏有没有出现『尽快』『加强』这类模糊词？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AI 会替代我们的思考吗？：如果你把判断也交出去，会。所以纪律是：AI 只做加速，判断回路留在自己脑子里。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A3 一定要一页吗？：原则是一页。一页是强迫你抓重点的手段，不是形式主义。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PDCA 和 A3 什么关系？：A3 是『一次解决一个问题』，PDCA 是『让解决能力持续提升』。A3 的第七栏就是 PDCA 的 Check。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学员觉得 A3 太简单：用具体例子说明『写得出来』和『写得清楚能执行』的差距。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AI 提示词现场跑不出来（网络问题）：直接展示示例结果，不依赖实时生成。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时间不够：PDCA 可压缩，但 AI 边界表 + 练习 6 必须保。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转场：六步走完了。最后，把它变成一句承诺。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第三部分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不可砍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课程地图、部分案例页、概念导入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模块三、四演练（各 35–40 min）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模型讲解页、话术库页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2 目标改写（真实目标）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附录索引、小结页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四条红线、三条自检、收尾承诺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原则：模块三、四是全天重心（演练密集），练习时间绝不外借；四条红线与三条自检是合规与精神收口，必须保；概念页可口头带过。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【分组与演练建议】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开场：三项自测在心里答，不举手、不点名，降低压力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模块一：练习 1 用 handout 判定卡，个人标 → 4 人小组对齐分歧 → 讲师收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模块二：每人用手机/电脑现场跑一遍 SMART + OKR 改写 + 反向检验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模块三：三人组（管理者 / 下属 / 观察员），两轮换角，观察员照打勾表记录 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模块三：强调「不许念稿」——用AI草稿但必须用自己的话说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模块四：三人组先备（15 min）再演（25 min），「最怕的一句话」必须填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模块五：两人一组互读 30 天计划，互锁伙伴交换联系方式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所有演练配计时器，到点喊停；留静默缓冲，尊重情绪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Q：「让 AI 写绩效，靠谱吗？」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A：关键不在「写」，在你把哪一部分交给它。AI 可以做草稿、素材、备选；评价结论、去留判断、当面表达，永远是人。四条红线守住，它就是好帮手。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Q：「把绩效数据喂给 AI，会不会泄密？」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A：会，所以要脱敏——姓名、薪资、健康信息先抽象化（用「A 同事」）。这条是模块一的红线①，一次都不能破。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Q：「AI 写的反馈，说出来不像我自己。」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A：提醒学员：AI 给的是草稿不是台词。校验的最后一步，永远是把它改成你会说的话。听着不像你说的，就重写。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Q：「我记不住那么多事实，怎么办？」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A：这正是本课要解决的问题。用周更 5 分钟的习惯 + AI 帮你整理。不需要你记住全部，只需要你随手记一点。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Q：「用 AI 之后，我会不会越来越不会带人？」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A：这是真实的危险，所以模块五给了三条自检。工具越强，越要提防自己变弱。建议每季度做一次自检。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【收尾仪式】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请学员写「回岗后第一件事 + 具体到哪天」，贴墙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两人一组互锁伙伴交换联系方式，约定互相提醒一次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提醒带走工具包：核心工具速查卡 + 30 天 结构化问题解决计划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结课金句收尾：「AI 帮你备好每一句话，但绩效这件事，永远是你和你的团队面对面谈出来的。」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全程提醒四条红线：脱敏 · 不下结论 · 不直接念 · 签字是人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