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PYRAMID PRINCIPLE · STRUCTURE CARD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金字塔表达结构卡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模块五练习 · 结论先行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使用说明：用金字塔结构组织你的汇报。四原则——结论先行（先说建议）、以上统下（下层支撑上层）、归类分组（同组理由放一起）、逻辑递进（组间有序）。再配一段 SCQA 开场（情境 → 冲突 → 问题 → 答案）。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姓名：____________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小组：____________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日期：____________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第一层 · 结论（一句话说清你的主张）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我的结论 / 建议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第二层 · 三个理由（每个理由配一个证据）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理由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支撑证据（数据 / 事实）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理由 1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理由 2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理由 3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80" w:after="2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第三层 · 展开（每条理由下的细节）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细节 / 数据 / 事实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40" w:after="2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SCQA 开场（4 句话）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要素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我的填写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S 情境（大家都认同的背景）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C 冲突（打破平衡的变化）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Q 问题（引出的核心问题）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A 答案（你的结论）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260" w:after="2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上台前自查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5896"/>
        <w:gridCol w:w="3628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自查项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结论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如果听众只听前 30 秒，能不能抓住我的结论？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能　□ 不能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三个理由是不是同属一组、都支撑结论？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是　□ 否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013147"/>
                <w:sz w:val="19"/>
              </w:rPr>
              <w:t>有没有夹带无关信息？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19"/>
              </w:rPr>
              <w:t>□ 没有　□ 有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金字塔表达结构卡（配合《结构化问题解决》模块五使用）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