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FISHBONE · TEMPLATE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鱼骨图模板（石川图）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模块四练习 · 人机料法环测 5M1E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使用说明：把问题写在「鱼头」，六条大骨对应六个维度——人机料法环测。先在每条骨下写出该维度下的可能原因（每条至少写 2 条），再用 5 Why 对最可疑的骨深挖。六类的价值在于保证不遗漏——避免只往自己熟悉的维度想。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鱼头：我们要分析的问题是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问题描述（写清楚现象）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六条大骨（每类至少 2 条可能原因）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人 Man（技能 / 态度 / 培训）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可能原因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机 Machine（设备 / 工具 / 系统）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可能原因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料 Material（原材料 / 信息 / 数据）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可能原因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法 Method（流程 / 标准 / 方法）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可能原因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环 Environment（环境 / 氛围 / 外部）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可能原因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测 Measurement（检查 / 验收 / 度量）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可能原因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下一步验证方式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FISHBONE · PICK &amp; DIG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鱼骨图 · 挑骨深挖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模块四练习 · 从铺开到深挖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从上面六类里，挑出你认为最可疑的 2 条，用 5 Why 往下挖。记住：鱼骨图负责横向铺开，5 Why 负责纵向挖深。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061"/>
        <w:gridCol w:w="4762"/>
        <w:gridCol w:w="170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可疑骨（类别 + 原因）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5 Why 链条（简写）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是不是根？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鱼骨图模板（配合《结构化问题解决》模块四使用）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