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90-DAY FEEDBACK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90 天反馈行动计划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说明：本课结束当天填完。反馈能力不靠听懂，靠练。30 天先完成「第一次」，90 天把它变成日常习惯。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给反馈（SBI）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对象（谁）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事项（哪件事）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天目标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天频次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SBI 场景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SBI 场景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收反馈（AIR）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我要向谁听反馈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先练哪个动作（接住/探询/回应）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天目标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天目标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收反馈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收反馈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难对话（DESC + 四问）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一直拖着的那场对话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对方是谁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我准备开口的时间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结束时想约定什么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难对话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难对话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主动要反馈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向谁要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锚定哪件具体事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天内要几次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用哪句话开口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要反馈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要反馈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第五步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天，我会先给出一场我一直拖着没开的反馈（对象：__________，时间：__________）。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90 天后我希望能说：「给反馈、收反馈、要反馈，已经变成我的日常动作，而不是需要鼓起勇气的事。」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90天反馈行动计划（落地固化用）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