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FEEDBACK MATURITY · PRE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反馈力成熟度自评表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① 课前填（预习 · 激活反思）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姓名：____________　　日期：____________　　当前角色：____________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核心工具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1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2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4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5</w:t>
            </w:r>
          </w:p>
        </w:tc>
        <w:tc>
          <w:tcPr>
            <w:tcW w:type="dxa" w:w="1409"/>
            <w:shd w:val="clear" w:color="auto" w:fill="8DC643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反馈三扇门自检卡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2 SBI 给予反馈模板卡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3 AIR 接收反馈回应卡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4 DESC 难对话话术结构卡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5 难对话四问准备表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6 主动要反馈清单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7 反馈前 30 秒自检表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8 个人 90 天行动计划卡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合计（满分 40）</w:t>
            </w:r>
          </w:p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</w:tr>
    </w:tbl>
    <w:p>
      <w:pPr>
        <w:spacing w:after="60" w:before="0"/>
      </w:pPr>
      <w:r>
        <w:rPr>
          <w:sz w:val="12"/>
        </w:rPr>
      </w:r>
    </w:p>
    <w:p>
      <w:pPr>
        <w:spacing w:after="120" w:before="0" w:line="288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8"/>
        </w:rPr>
        <w:t>评分：1 完全不会 · 2 了解 · 3 能试用 · 4 较熟练 · 5 可辅导他人</w:t>
      </w:r>
    </w:p>
    <w:p>
      <w:pPr>
        <w:spacing w:after="120" w:before="0" w:line="288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8"/>
        </w:rPr>
        <w:t>课前基线参考：≤16 工具箱待搭建；17–28 能试用、需刻意练习；29–36 较熟练、可独立带队对话；37–40 可辅导他人。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FEEDBACK MATURITY · POST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反馈力成熟度自评表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② 课后填（复盘 · 看成长）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姓名：____________　　日期：____________　　距课前：____ 天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核心工具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1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2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4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5</w:t>
            </w:r>
          </w:p>
        </w:tc>
        <w:tc>
          <w:tcPr>
            <w:tcW w:type="dxa" w:w="140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1 反馈三扇门自检卡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2 SBI 给予反馈模板卡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3 AIR 接收反馈回应卡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4 DESC 难对话话术结构卡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5 难对话四问准备表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6 主动要反馈清单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7 反馈前 30 秒自检表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8 个人 90 天行动计划卡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☐</w:t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__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合计（满分 40）</w:t>
            </w:r>
          </w:p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  <w:tc>
          <w:tcPr>
            <w:tcW w:type="dxa" w:w="1409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/>
        </w:tc>
      </w:tr>
    </w:tbl>
    <w:p>
      <w:pPr>
        <w:spacing w:after="60" w:before="0"/>
      </w:pPr>
      <w:r>
        <w:rPr>
          <w:sz w:val="12"/>
        </w:rPr>
      </w:r>
    </w:p>
    <w:p>
      <w:pPr>
        <w:spacing w:after="120" w:before="0" w:line="288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8"/>
        </w:rPr>
        <w:t>评分：1 完全不会 · 2 了解 · 3 能试用 · 4 较熟练 · 5 可辅导他人</w:t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我的成长值：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把「课后得分 − 课前得分」＝你的成长值。哪张卡涨最多？哪张还需练？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写一句：____________________________________________________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反馈力成熟度自评表（课前课后两填，看真实成长）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