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给予与接受反馈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想说却说不出口：憋成误会，关系慢慢变差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一说就吵：对方立刻防御，话越说越僵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收到反馈先解释：错过真正有用的信息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只会等别人给：被动等反馈，成长慢半拍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这不是一堂「教你挑毛病」的课，这是一堂「把反馈练成习惯」的课。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核心工具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反馈认知重建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两种面孔 / 评价 vs 事实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给予反馈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三扇门 + SBI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接受反馈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AIR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难对话实战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DESC + 四问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主动要反馈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Ask 三档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五模型 + 90 天计划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放下评判——不评判自己，不评判他人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动手练，不只是听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带走一个真实的行动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伙伴同行，互相当责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模块开场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反馈认知重建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先把「反馈 = 挑毛病」这个旧心智放下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区分建设型反馈与打击型 / 讨好型反馈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把「评价 / 评判」转成「信息 / 事实」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「反馈 = 挑毛病」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「反馈 = 一起把工作往前推一步」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你收到过最糟的一次反馈是什么？它伤在哪？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你给出过最有用的一次反馈是什么？它好在哪？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关键点1：反馈的两种面孔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特征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对方感受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建设型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对事不对人、具体可验证、指向未来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被尊重、愿意行动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打击型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贴标签、翻旧账、只否定没出路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防御、抵触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讨好型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只夸不指出问题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误以为都挺好、原地踏步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用「你态度有问题」这类标签开头。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先指出差距，再给方向。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建设型 = 对事 + 具体 + 指向未来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关键点2：从「评价」到「事实」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评价（评判）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信息（事实）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你总是拖延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这周 3 次没回消息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你不上心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会议迟到 4 次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「你太不靠谱」是评价；「上周三报告迟交 2 天」是信息。前者让人防御，后者可验证、可改。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反馈质量 = 事实占比 × 可验证度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练习0：我的顾虑便签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写下「我对反馈最大的顾虑」，贴到墙上；全天结束时回头看它还在不在。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反馈认知重建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反馈是信息，不是评判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反馈认知重建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今天就挑一件「想说没说清」的事重新开口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给予反馈（SBI）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把批评写成事实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SBI 结构给出具体、对事不对人的反馈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分清「行为」与「推论」，避开 SBI 常见错误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「模糊批评」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「SBI 三句话」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最近一次我想批评却没说清，卡在哪？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我平时最常说的是「行为」还是「推论」？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关键点1：反馈三扇门</w:t>
      </w:r>
    </w:p>
    <w:p>
      <w:r>
        <w:rPr>
          <w:rFonts w:ascii="Microsoft YaHei" w:hAnsi="Microsoft YaHei" w:eastAsia="Microsoft YaHei"/>
          <w:color w:val="888888"/>
          <w:sz w:val="17"/>
        </w:rPr>
        <w:t>＊「反馈三扇门」为 Coursemaster 教学模型，改编自反馈沟通的经典三要素（观察 → 影响 → 下一步）。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顺序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门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作用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先确认信任与安全感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只讲可观察的行为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未来门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指向改进与行动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没修关系就开口，说什么对方都防御——顺序不可调。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关系 → 事实 → 未来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关键点2：SBI 结构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字母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写法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Situation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具体情境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上周五的客户会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 Behavior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可观察行为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你打断了我两次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Impact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客观影响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客户显得犹豫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「你态度有问题」（贴标签）+ 翻旧账凑证据。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S 写具体场合、B 只写看到的行为、I 写客观后果。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给反馈 = 具体情境 + 可观察行为 + 客观影响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关键点3：SBI 常见错误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把 SBI 当表扬公式只夸不指出差距；省略 Situation 对方不知所指；I 写成情绪宣泄。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真有「差距」才用 SBI；S 越具体对方越不防御；I 写客观后果不写「我很生气」。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练习1：改写工坊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每人把一段「真实的模糊批评」改写成 SBI 三句话，同桌互评。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写出你想说的那件事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拆成 S（场合）/ B（行为）/ I（影响）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互评只问一句：这句能验证吗？不能就重写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给予反馈（SBI）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SBI = 具体情境 + 可观察行为 + 客观影响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给予反馈（SBI）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今晚用 SBI 重说 1 件「想说没说清」的事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优先挑本周真想说、又一直没说清的那件事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接受反馈（AIR）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接住不 defensive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识别接收反馈时的四种本能反应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Inquire 提问代替解释，把「被评判」变回「拿信息」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「被评判」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「拿信息」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上次被批评，我第一反应是战斗、逃跑还是伪装？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我有没有听完负面就立刻解释？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关键点1：接收反馈的四种反应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反应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后果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战斗 Fight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立刻反驳、找借口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关系破裂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逃跑 Flight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沉默、点头但无行动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信息流失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伪装 Fake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表面接受心里不服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原地踏步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接纳 Accept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先接住，再判断，最后回应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拿到可改的点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接纳 ≠ 认错，是拿到信息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关键点2：AIR 结构</w:t>
      </w:r>
    </w:p>
    <w:p>
      <w:r>
        <w:rPr>
          <w:rFonts w:ascii="Microsoft YaHei" w:hAnsi="Microsoft YaHei" w:eastAsia="Microsoft YaHei"/>
          <w:color w:val="888888"/>
          <w:sz w:val="17"/>
        </w:rPr>
        <w:t>＊「AIR 三步」为 Coursemaster 教学模型，改编自接收反馈的经典回应框架（先接住 → 再探询 → 后回应）。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字母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话术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Acknowledge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谢谢，我听到了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Inquire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探询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能举个具体例子吗？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Respond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下一步我打算 ___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一听到负面就「不是的，是因为…」，把对话变成辩解。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用 Inquire 问「能举个具体例子吗？」，把评判拉回事实。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AIR = 接住 + 探询 + 回应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练习2：两两对练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 给一条真实反馈，B 用 AIR 接住；重点练 Inquire，先别解释。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听到负面，第一句只说「谢谢，具体是哪件事？」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Inquire 至少问 1 个具体问题再回应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观察员记：B 有没有一上来就辩解？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我第一句没辩解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我问了至少 1 个具体问题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R 落到了下一步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接受反馈（AIR）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AIR = 接住 + 探询 + 回应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接受反馈（AIR）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下次被反馈，先说「谢谢，具体是哪件事？」再开口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难对话实战（DESC）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四问 + 四步，说开不伤关系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分清 Describe（描述）与 Express（表达）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开口前用「四问」自检，推进敏感对话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「战斗或逃跑」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「有结构的难对话」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现在我最想回避的一场对话是什么？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我通常是一上来就带情绪，还是先讲事实？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关键点1：DESC 四步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字母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写法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Describe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描述事实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在 ___，我观察到 ___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Express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表达感受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我的担心是 ___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Suggest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我建议 ___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Contract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约定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我们约定 ___，何时看进展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一上来 Express 带情绪；Contract 没落到「谁 / 何时」。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D 在前、E 在后；C 必须具体可执行。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DESC = 描述 + 表达 + 建议 + 约定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关键点2：难对话四问（开口前自检）</w:t>
      </w:r>
    </w:p>
    <w:p>
      <w:r>
        <w:rPr>
          <w:rFonts w:ascii="Microsoft YaHei" w:hAnsi="Microsoft YaHei" w:eastAsia="Microsoft YaHei"/>
          <w:color w:val="888888"/>
          <w:sz w:val="17"/>
        </w:rPr>
        <w:t>＊「难对话四问」为 Coursemaster 教学模型，改编自高难度对话的开口前准备框架。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自检内容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结果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我想要什么样的结果？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我能列出可观察的事实吗？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预判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对方可能什么反应？我怎么接？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现在是对的时间 / 地点吗？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先处理情绪，再处理事情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练习3：情景角色扮演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抽难对话卡片（绩效 / 越界 / 重复错误），按 DESC 推进；观察员用四问打分。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抽 3 分钟写四问，再开口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观察员只打：D 有没有事实？C 有没有时间点？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演完互换角色，体会「被对话」的感觉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难对话实战（DESC）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DESC = 描述 + 表达 + 建议 + 约定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难对话实战（DESC）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把最想回避的对话用四问写在一页纸上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主动要反馈（Ask）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问得具体，可回答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明白「要反馈」为何更难也更值钱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用模板问出具体、可回答的信息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「等别人给」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「主动要」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我上次主动问别人「对我有什么看法」是什么时候？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我是不是只在出事时才要反馈？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关键点1：主动要反馈 · 问法的三档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档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问法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效果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你对我有啥意见？（太大）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对方答不上来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上周评审哪个环节最该改？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能举例子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我演示时最该改哪一点？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拿到可改方向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问「你对我有什么意见？」这种大而空的问题；只在出事时才要；把要反馈当求表扬。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问具体场景 + 要例子；定期要不只是救火；明确「我想改哪个点」。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具体场景 + 要例子 ≠ 求评价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练习4：写具体问题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每人写 1 条「本周就想问上级 / 同事的具体反馈问题」，小组互改到可回答。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改到「对方能用一个例子回答」为止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避免「你对我有什么意见？」这种大空问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最好指明场景：『上周那场评审，哪个环节最该改？』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主动要反馈（Ask）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具体场景 + 要例子 ≠ 求评价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主动要反馈（Ask）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本周内，发出 1 条具体的「要反馈」请求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整合与行动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把五个模型串成习惯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把五模型串成一次完整反馈对话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写下带得走的 90 天反馈行动计划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「零散技巧」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「闭环习惯」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今天哪个模型我最想先用起来？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90 天里，我打算把反馈变成什么节奏？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关键点1：五模型速查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三扇门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开口顺序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关系→事实→未来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情境/行为/影响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接/探/应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DESC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难对话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描述/表达/建议/约定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开口前自检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结果/事实/预判/时机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Ask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主动要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具体场景+例子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记住结构，比背话术更重要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练习5：整合演练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抽签组合：一人给、一人收、一场难对话串起来；评委用五模型打分。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给的人用 SBI；收的人用 AIR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卡住就用四问救场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评委只打：用对模型了吗？关系门开没开？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整合与行动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五模型 = 给 / 收 / 难 / 要 / 整合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整合与行动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填好个人 90 天反馈行动计划卡并带走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核心能力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从…到…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认知重建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挑毛病 → 信息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给予 SBI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模糊批评 → 三句话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接受 AIR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被评判 → 拿信息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难对话 DESC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战斗/逃跑 → 有结构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主动要 Ask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等别人给 → 主动要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零散技巧 → 闭环习惯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好反馈 = 给得具体 × 接得住 × 主动要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我的终极行动承诺：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反馈认知重建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给予反馈（SBI）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接受反馈（AIR）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难对话实战（DESC）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主动要反馈（Ask）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1 · 反馈三扇门自检卡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开口前确认「关系→事实→未来」顺序。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门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我确认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关系门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事实门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未来门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2 · SBI 给予反馈模板卡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把批评写成 S/B/I 三句。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S 情境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B 行为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I 影响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3 · AIR 接受反馈回应卡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接住反馈不 defensive。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 接住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I 探询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R 回应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4 · DESC 难对话话术结构卡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推进敏感对话四步。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D 描述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E 表达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S 建议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C 约定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5 · 难对话四问准备表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开口前 4 题自检。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结果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事实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预判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6 · 主动要反馈清单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向谁 / 问什么 / 何时。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向谁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问什么（要例子）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7 · 反馈前 30 秒自检表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时机 / 地点 / 意图三问。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是/否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时机对吗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地点合适吗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意图是帮对方吗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8 · 个人 90 天反馈行动计划卡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学后落地追踪。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30 天内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90 天内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给反馈 SBI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主动要反馈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难对话 DESC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收反馈 AIR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三扇门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关系→事实→未来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见开场/模块一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情境+行为+影响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见模块一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接住+探询+回应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DESC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描述+表达+建议+约定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结果/事实/预判/时机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Ask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具体场景+要例子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见模块四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反馈是信息，不是评判。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完成 ≥1 次真实 SBI 反馈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每次被反馈先 Inquire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推进 ≥1 场待办难对话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发出 ≥1 条具体要反馈请求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形成每周 1 次反馈习惯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给予与接受反馈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结业不是终点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反馈是信息，不是评判。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 w:line="448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6 步跃迁，把反馈练成习惯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开场 · 认知重建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模块一 · 给予反馈 SBI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模块二 · 接受反馈 AIR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模块三 · 难对话 DESC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模块四 · 主动要反馈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模块五 · 整合与行动</w:t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课程的结束，正是你实践的起点。回去就做最小的那一件：给一次 SBI，或要一次反馈。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color w:val="888888"/>
        <w:sz w:val="18"/>
      </w:rPr>
      <w:t xml:space="preserve"> · Coursemaster 出品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