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30-DAY COLLABORATION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天协同推动计划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带走件 · 课后填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说明：本课结束当天填完。用四件行动把今天学的落地——一次协同体检、一张协同推进表、一次闭环跟进、一次向上对齐。每件事都要「具体到人、具体到时间、具体到可验证的结果」。30 天后回看。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行动一 · 一次协同体检（第 1 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要体检的那件事（正卡着、需跨部门推进）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PULSE 五问逐项打分（1-5），最低分是哪项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一句话：这件事卡在（责任/目标/语言/系统/闭环）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体检日期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行动二 · 一张协同推进表（第 1-2 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BRIDGE 步骤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B 共同目标（一句话，双方都认）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R 关键人是谁（1-2 个）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I 接口：谁做什么 / 交付标准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D 协作规则：节奏 / 节点 / 异常处理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G 推进轨道：Owner / 节点 / 看板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E 复盘机制：多久一次 / 问什么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行动三 · 一次闭环跟进（第 2-3 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CLOSE 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C 确认：会怎么确认？什么时候？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O 归属：每个动作的唯一 Owner 是谁？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S 单线：唯一对接口是谁？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E 升级：什么情况升级？升给谁？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行动四 · 一次向上对齐（第 3-4 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ALIGN / LADDER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要争取的事（加人/预算/方向支持）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一句话结论（我的请求）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给的选项（方案 A / B + 我的建议）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挂业务 + 用数据（怎么证明值得批）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第五部分 · 伙伴互锁（行为层保障）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伙伴姓名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互查日期（30 天后）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互查方式（通话/咖啡）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互锁伙伴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我的承诺：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接下来的 30 天，我会用 PULSE 给 ____________（那件卡着的事）做一次体检；用 BRIDGE 六步写出一张协同推进表；用 CLOSE 做一次闭环跟进；并用 ALIGN + LADDER 和 ____________ 谈一次资源争取。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30 天后，我会用「这件事推到哪一步了、有没有人一直跟」来验证——说出来的承诺，兑现率是写下来的两倍。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30天协同推动计划（落地固化用）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