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CONFLICT MODES · SCENARIO CARDS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冲突模式情景卡 + 小测答题卡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 · 冲突五模式 · 打印即用（可沿虚线剪成 4 张卡片）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使用说明（讲师）：本件配合模块二「冲突五模式 + 情景小测」环节使用（10 min）。每张情景卡给 4 个应对动作（竞争 / 回避 / 迁就 / 协作），请学员**独立选一个并写一句理由**；随后两人一组对比选择，重点讨论「什么情况下你会换一种选法」；最后全场收敛到「事的重要性 × 关系的重要性」，警惕两种错配：**该硬却软**、**该绕却顶**。注意：不追求唯一答案，说清理由比选对更重要。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情景卡 × 4（沿虚线剪开）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1｜对方拖你的审批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</w:r>
            <w:r>
              <w:rPr>
                <w:rFonts w:ascii="Microsoft YaHei" w:hAnsi="Microsoft YaHei" w:eastAsia="Microsoft YaHei"/>
                <w:b/>
                <w:color w:val="8DC643"/>
                <w:sz w:val="44"/>
              </w:rPr>
              <w:br/>
              <w:t>1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你提交的跨部门审批，对方部门已经压了两周。你怎么办？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　直接找他上级（竞争）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B　先等等，也许他在忙（回避）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　主动请他吃饭，看能不能通融（迁就）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D　约 15 分钟当面聊，问清卡点，一起定个时间（协作）</w:t>
            </w:r>
          </w:p>
          <w:p>
            <w:pPr>
              <w:spacing w:before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我的选择：______　　理由：______________________________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2｜对方公开质疑你的方案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</w:r>
            <w:r>
              <w:rPr>
                <w:rFonts w:ascii="Microsoft YaHei" w:hAnsi="Microsoft YaHei" w:eastAsia="Microsoft YaHei"/>
                <w:b/>
                <w:color w:val="8DC643"/>
                <w:sz w:val="44"/>
              </w:rPr>
              <w:br/>
              <w:t>2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会上，另一个部门的负责人当众说“你们这个方案根本行不通”。你怎么办？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　当场反驳，把数据摆出来（竞争）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B　先记下，会后再沟通（回避）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　笑笑，说“我再改改”（迁就）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D　说“你的顾虑很关键，会后我们单独对一下数据”（协作）</w:t>
            </w:r>
          </w:p>
          <w:p>
            <w:pPr>
              <w:spacing w:before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我的选择：______　　理由：______________________________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3｜老同事不给数据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</w:r>
            <w:r>
              <w:rPr>
                <w:rFonts w:ascii="Microsoft YaHei" w:hAnsi="Microsoft YaHei" w:eastAsia="Microsoft YaHei"/>
                <w:b/>
                <w:color w:val="8DC643"/>
                <w:sz w:val="44"/>
              </w:rPr>
              <w:br/>
              <w:t>3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你需要的数据，老同事说“我这边很忙，下周吧”，但下周就是你的死线。你怎么办？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　直接抄送他领导，施加压力（竞争）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B　自己想办法凑数据（回避/自主）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　说“那我自己去系统里扒”（迁就）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D　说“我懂你忙，能不能先给我 20%，我这周先跑起来”（妥协/协作）</w:t>
            </w:r>
          </w:p>
          <w:p>
            <w:pPr>
              <w:spacing w:before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我的选择：______　　理由：______________________________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 4｜上级要你让一步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</w:r>
            <w:r>
              <w:rPr>
                <w:rFonts w:ascii="Microsoft YaHei" w:hAnsi="Microsoft YaHei" w:eastAsia="Microsoft YaHei"/>
                <w:b/>
                <w:color w:val="8DC643"/>
                <w:sz w:val="44"/>
              </w:rPr>
              <w:br/>
              <w:t>4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你负责的跨部门项目，上级为了整体节奏，要你把自己的节点往后挪两周，但你已经答应了合作方。你怎么办？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　坚持原计划，跟上级说明影响（竞争）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B　嘴上答应，实际照旧（回避）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　完全服从，自己去跟合作方道歉（迁就）</w:t>
            </w:r>
          </w:p>
          <w:p>
            <w:pPr>
              <w:spacing w:after="40"/>
              <w:ind w:left="113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D　说明影响，给上级 2 个备选方案，让他选（协作）</w:t>
            </w:r>
          </w:p>
          <w:p>
            <w:pPr>
              <w:spacing w:before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我的选择：______　　理由：______________________________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CONFLICT MODES · ANSWER 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冲突模式小测 · 答题卡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 · 姓名 / 小组 / 日期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小测答题表（每题独立作答，写清理由）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题号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情景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我的选择（A/B/C/D）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我的理由（一句话）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 xml:space="preserve"> 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对方拖你的审批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 xml:space="preserve"> 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对方公开质疑你的方案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 xml:space="preserve"> 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老同事不给数据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 xml:space="preserve"> 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上级要你让一步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20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小组对比（两人一组，4 min）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重点讨论一个问题：**什么情况下，你会换一种选法？**例如情景 1 选了 D（协作），但如果对方已经压了你两个月、且影响到了你的业绩，你会不会改成 A（竞争）？把你的结论写在下面。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我方选择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对方选择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我们分歧最大的一题 &amp; 结论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错配模式自查（本环节最有力的记忆钩子）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四种情景的“正确选项”都取决于两个变量：**这件事对你有多重要**、**你和这个人的关系对你有多重要**。没有绝对正确答案，只有“匹配当下处境的选择”。要警惕的两种错配：</w:t>
              <w:br/>
              <w:t>· **该硬却软**：明明事很重要，你却一味迁就回避——自己憋气，事还没成</w:t>
              <w:br/>
              <w:t>· **该绕却顶**：明明关系很关键，你却非要争个对错——把人得罪，路走窄了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我最常踩的错配模式是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我打算怎么调整（一句话）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冲突模式情景卡 + 小测答题卡（配合《跨部门协同与向上管理》模块二使用）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