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ALIGN &amp; LADDER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向上对齐检查表 + LADDER 六法卡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模块五演练用 · 三人一组角色扮演（25 min）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使用说明（讲师）：本件配合模块五「综合实操：一次向上争取的演练」使用（25 min）。三人一组：管理者（用 ALIGN + LADDER 提请求）/ 上级（时间宝贵、要结果、爱追问）/ 观察员（按检查表打分）。场景三选一：① 争取加人 ② 争取预算 ③ 争取方向支持（让上级在跨部门会上帮你站台）。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观察员检查表（每次演练逐项打分）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检查项（观察员打勾 ✔ / ✘）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结论先行了吗？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第一句是不是结论 / 请求？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L 分层了吗？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结论 → 论据 → 细节，能伸能缩？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I 给选项了吗？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 2-3 个方案 + 你的建议？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G 挂业务了吗？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有没有翻译成业务指标语言？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G 对齐目标了吗？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有没有挂到上级 / 公司的目标上？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数据？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有没有投入产出，而不是苦劳？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回馈？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有没有提到后续会反馈成果？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我的向上请求（管理者填写）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我要争取的事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加人 / 预算 / 方向支持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一句话结论（30 秒能说完）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论据 3 条（各一句话）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我给的 2 个选项 + 我的建议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挂哪个业务目标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用什么数据证明值得批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LADDER · SIX WAYS TO WIN RESOURCES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LADDER 资源争取六法卡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随身卡 · 可沿虚线剪下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LADDER 六法（要资源时逐条对照）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L 挂业务 Link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把请求翻译成对方的业务指标语言——他要什么，你的事帮他什么。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说具体 Ask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要什么、要多少、什么时候要，说得清清楚楚。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用数据 Data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用投入产出证明，不用苦劳叙事。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谈交换 Deliver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说清「我能给你什么」，互换资源。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会升级 Escalate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该升级时升级，但不是告状——带方案、讲影响、给建议。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懂回馈 Reciprocate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拿到资源后及时反馈成果——有回声，下次才好谈。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向上表达顺序（ALIGN 与 LADDER 的配合）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先说 **ALIGN** 把话讲清：结论先行 → 分层 → 给选项 → 对齐目标。</w:t>
              <w:br/>
              <w:t>再用 **LADDER** 把资源要到：挂业务 → 说具体 → 用数据 → 谈交换 → 会升级 → 懂回馈。</w:t>
              <w:br/>
              <w:t>一句话：**向上管理的本质，是让上级更容易做决定——不是讨好。**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我的演练收获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我最普遍的问题是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如：顺序倒过来，先讲背景困难，最后才说请求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下一次我会先说的那句是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我要回去争取的一次机会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向上对齐检查表 + LADDER 六法卡（配合《跨部门协同与向上管理》模块五使用）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