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跨部门协同与向上管理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业务越增长，跨部门的事越多，可责任边界越来越模糊——出了问题谁都能说「我以为是他负责」。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目标不一致：你要交付、他要合规、他要成本，开会吵半天，回到各自部门还是照旧的干。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信息不到位、沟通靠猜：关键节点没同步，等发现时已经晚了，只能救火。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缺闭环：会上说得挺好，会后没人跟，事就在交接处悄悄消失了。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汇报没重点、争取资源难：讲了十分钟背景，领导一句「所以你要什么」就把你问住了。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这不是一堂「教你求人办事的话术」课，这是一堂「用结构把事推成、用影响把人对齐」的实战课。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开场与协同认知重构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四类协同卡点与协同归因三层，PULSE 协同体检五问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读懂协同的底层逻辑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无权力 / 目标异 / 语言异，影响—利益矩阵与冲突五模式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协同六步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从立共同目标到持续演进，用 RACI 划清责任边界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闭环四件套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确认 / 留痕 / 归属 / 单线主责 / 升级，让协同有始有终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向上对齐 + LADDER 资源争取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结论先行、分层结构、给选项；六法把资源要到手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天协同推动计划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协同飞轮 + 协同关系网 + 30 天四个行动，带回岗位执行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带着一件真实的、正卡着你的跨部门事项来上课——今天所有练习都围绕它做。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先归因，不评价人——把「对方不配合」变成「卡在哪一层」。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敢说真话，尤其是「我推不动」的部分——卡住的地方，正是今天最值得练的地方。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手机静音，把注意力留给自己和身边的人。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开场与协同认知重构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协同不是「提一句」就能动，推不动多半卡在语言、边界或推动力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学员能够说出跨部门协同最常见的四类卡点，并把它归因到语言 / 边界 / 推动三层中的一层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PULSE 协同体检五问，为自己手上一件卡着的协同事做出诊断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「抱怨对方不配合」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「诊断卡在哪一层」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跨部门的事，你上一次「推不动」，卡在哪一步？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对方为什么不配合你？——先别急着下结论，试着往回推一层。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四类协同卡点与协同归因三层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归因层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对应的解法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语言层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同一件事，两个部门叫法不同、标准不同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统一管理语言与口径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责任不清、谁都能推、谁都不认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RACI 划清接口与唯一主责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推动层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共识有了、规则有了，还是推不动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六步 + CLOSE 闭环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「我们公司部门墙太厚，谁都不配合」——把问题全推给对方，等于放弃了自己的推动力。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「这件事卡在边界层——谁做什么没说清」——把情绪化抱怨，变成一条可定位、可解决的具体原因。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PULSE 协同体检五问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诊断内容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优先级 Priority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这件事，在对方部门的目标里排第几？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U 理解 Understanding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对方真的理解「为什么要做」吗？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语言 Language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你们说的是同一套「管理语言」吗？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系统 System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有没有明确的规则、节点、交接方式？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执行 Execution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谁来跟、按什么节奏跟、卡住了怎么办？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五问不是考卷，是体检表——先看优先级，再看配合度；最低的那一问，就是你这件事推不动的原因。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用 PULSE 给我的一件协同事做体检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选一件你现在正卡着的跨部门事项，用 PULSE 五问逐条打分（1-5 分），找出最低的一问。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写下这件事：我要推动的是 ________，对方部门是 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逐条打分，别美化：P 优先级 / U 理解 / L 语言 / S 系统 / E 执行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圈出最低的那一问——它就是这件事卡住的真正原因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开场与协同认知重构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先诊断（PULSE），再推动——不问原因就推，等于闭着眼睛推墙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开场与协同认知重构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 PULSE 五问给手上那件卡着的协同事做一次体检，圈出最低的一问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把这次体检的结论，写成一句话告诉你的协作方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读懂协同的底层逻辑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跨部门协同，不能靠「命令」，只能靠「影响」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学员能够说清跨部门协同相对内部管理的三个特殊性（无权力 / 目标异 / 语言异）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学员能够用影响—利益矩阵为一位关键协作人制定介入策略，并为一次冲突选择合适模式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「靠职权下命令」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「靠影响找杠杆」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你最重要的那位协作人，为什么愿意配合你？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上一次冲突，你用的是竞争、回避、迁就、妥协还是协作？它对吗？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协同的三个特殊性 + 影响—利益矩阵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矩阵位置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判断标准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介入策略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高影响 · 高利益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既关键又关心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重点管理：亲自盯、常沟通、共担目标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高影响 · 低利益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关键但不关心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保持满意：少添麻烦、把成果主动同步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低影响 · 高利益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不关键但很关心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保持告知：进度同步到位，别让人猜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低影响 · 低利益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既不关键也不关心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最小投入：别浪费彼此时间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协同的第一个原则：不能靠「命令」，只能靠「影响」。杠杆点在对方的目标里，不在你的请求里。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冲突五模式（托马斯-基尔曼）+ 信任账户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适用场景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竞争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事关重大、必须快定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关系受损，慎用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小事、非时机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该管的没管，问题积压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迁就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关系更重要、小事一桩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长期失衡，变成被拿捏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妥协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双方都有道理、需要推进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都不到位，只解一时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事重要、关系也重要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耗时间，但最稳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该协作时用了回避——事情就烂在那里；该妥协时用了竞争——关系就伤了。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按「事的重要性 × 关系的重要性」选模式，并对错配保持警惕。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信任账户：平时存钱（准点 / 说到做到 / 主动帮忙 / 分功劳），急时才取得到款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我的关键协作人矩阵定位 + 冲突模式四选一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第一步：为你的 3 位关键协作人定位矩阵格子并写出策略；第二步：完成 4 张情景卡的模式选择。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 3 位关键协作人姓名，逐一判断落在矩阵哪一格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为每个人写一句介入策略（重点管理 / 保持满意 / 保持告知 / 最小投入）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情景卡：为每种场景选择冲突模式，并各写一句「为什么」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协作人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影响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利益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策略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读懂协同的底层逻辑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同一件事，对不同人要有不同打法——一套话术，打不了天下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读懂协同的底层逻辑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为你的关键协作人做一次矩阵定位，标出各自的介入策略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回看最近一次冲突，判断你的模式有没有用错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BRIDGE 协同六步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把「我要什么」翻译成「我们共同要什么」，用规则把事推成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BRIDGE 六步，为自己真实的跨部门事项写出一张可执行的协同推进表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 RACI 明确责任边界，并说清「只有一个 A」这条铁律为什么不能破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「提一句、等配合」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「建目标、定接口、上轨道」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你上次推动失败，是不是跳过了「建共同目标」或「划清接口」？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那件事的最终主责人，到底是谁？说得出来吗？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BRIDGE 协同六步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要做的事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立共同目标 Build goal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把「我要什么」翻译成「我们共同要什么」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双方都认同的共同目标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定对的人 Right people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找到真正的关键人与决策人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关键人清单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划清接口 Interface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谁做什么、交付标准是什么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接口与交付清单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立协作规则 Deal rules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节奏、节点、异常怎么处理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协作规则共识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建推进轨道 Go-track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Owner、节点、看板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推进轨道 / 看板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持续演进 Evolve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定期复盘，边走边调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复盘机制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推不动的时候，先回看是不是跳过了 B 或 I——八成问题出在这两步：没有共同目标，后面全是空转；接口没划清，一定扯皮。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RACI 责任矩阵（只有一个 A）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数量要求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执行者 Responsible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真正干活的人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可以有多个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主责人 Accountable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最终负责的人（铁律）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只能有一个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需咨询 Consulted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做决定前要问的人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需知会 Informed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做完要告知的人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按需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「这件事是我们两个部门一起负责」——多个 A 等于没有 A，出事时谁都能说「我以为是他负责」。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「这件事的 A 是你，我是 R」——责任边界清楚，协同才不烂尾。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 只能有一个——责任真空，是跨部门掉链子的头号原因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我的一张协同推进表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选一件真实的跨部门事项，用 BRIDGE 六步写成推进表；个人填写 12 分钟，小组分享 7 分钟，全场收敛 3 分钟。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B 共同目标：这件事成了，对双方的目标分别意味着什么？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R 关键人：谁是关键人（1-2 个）？谁有决定权？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I 接口：谁做什么、交付标准是什么？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D 规则：节奏、节点、异常处理怎么定？G 轨道：Owner、节点、看板？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E 复盘：多久复盘一次、复盘问什么？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BRIDGE 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共同目标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关键人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接口与交付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协作规则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推进轨道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复盘机制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BRIDGE 协同六步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用 BRIDGE 把事推成：先建共同目标，再划清接口，最后上轨道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BRIDGE 协同六步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为手上那件事写一张 BRIDGE 协同推进表，明确唯一的 A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把共同目标那一句，当面讲给你的协作方听一次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CLOSE 闭环四件套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跨部门的活儿，多数不是做不成，是没人跟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学员能够使用 CLOSE 闭环四件套，为一件正在推进的跨部门事项设计一次闭环跟进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学员能够说清「缺闭环」的四种典型表现，并完成一次会后确认演练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「会开完就算落地」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「确认、留痕、有人跟」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你手上那件事，缺的是确认、留痕、归属、单线主责还是升级？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上一次你想升级却没说出口，顾虑是什么？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CLOSE 闭环四件套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怎么做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关键要求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确认 Confirm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会后 24 小时内书面确认「谁、做什么、何时」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三要素缺一不可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留痕 Log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关键决定留书面记录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可追溯、防扯皮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归属 Own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每个动作明确唯一 Owner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责任不能真空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单线主责 Single-thread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一个事项一条线，避免多头指挥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唯一对接口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升级 Escalate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卡住超时按规则升级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带方案、讲影响、给建议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升级不是打小报告，是「带方案、讲影响、给建议」的三件套——升得越专业，越有人接。卡住硬扛，拖到爆雷，才是真正的失职。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跟进节奏表 + 四个误区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跟进方式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频率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交付类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按节点跟，看交付物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每个里程碑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按阶段跟，看决定进度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每个阶段节点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卡住类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按升级条件跟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触发即升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开会就算落地 / 口头承诺不留痕 / 多头对接 / 卡住硬扛不升级。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会后 24 小时书面确认，一事一线，超时按规则带方案升级。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确认三要素：谁 + 做什么 + 何时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设计一次闭环跟进（含两人「会后确认」演练）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个人设计 10 分钟：为一件事写出 CLOSE 五要素；两人演练 7 分钟：一人发起方、一人协作方，当场把确认三要素说全；收敛 3 分钟。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C 确认：会怎么确认？什么时候？由谁发？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O 归属：每个动作的唯一 Owner 是谁？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S 单线：唯一对接口是谁？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E 升级：什么情况升级？升给谁？带什么方案？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两人演练：把「谁、做什么、何时」三要素完整说一遍，模糊的一律重说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CLOSE 闭环四件套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事不消失的秘密：确认 + 留痕 + 有人跟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CLOSE 闭环四件套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为一件推进中的事，做一次会后 24 小时书面确认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把你手上事项的唯一对接口明确下来，并告知所有相关方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ALIGN 向上对齐四步 + LADDER 资源争取六法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向上管理不是「会说话」，是让上级做决定变容易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ALIGN 四步，把一次向上汇报整理成「结论先行、有理有据」的版本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LADDER 六法，完成一次争取资源（人 / 预算 / 方向支持）的角色扮演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「从头讲背景」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「结论先行、给选项、挂目标」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你上一次汇报，第一句话是结论还是背景？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你要资源的时候，给的是「我需要」还是「这件事成了对目标意味着什么」？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ALIGN 向上对齐四步 + SCQA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结论先行 Anchor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第一句话先给结论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让上级 30 秒听懂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分层结构 Layer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再按层展开依据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结论—依据—细节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给出选项 Invite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 A / B 两个方案 + 你的建议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别把球踢回去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对齐目标 Gain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挂到上级的目标上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把请求变成共同收益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结论先行不是拍马屁，是尊重对方的时间。只抛一个问题等于把球踢回去；给选项加建议，才是替上级省事。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SCQA：情境 S → 冲突 C → 疑问 Q → 答案 A（汇报的经典结构）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LADDER 资源争取六法 + 四个误区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六法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挂业务 Link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把请求挂到业务目标上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说具体 Ask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要什么、要多少，说清楚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用数据 Data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用数据证明值得批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谈交换 Deliver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说清我这边能承担什么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会升级 Escalate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知道什么情况下该升级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懂回馈 Reciprocate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拿到资源后有回声、有结果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只讲困难不讲方案 / 只讲苦劳不讲产出 / 只抛问题不给选项 / 要完资源没回声。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「这件事成了，目标能多出 Z；我这边承担 X，需要两个人补 Y」——用交换代替索取。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资源不是要来的，是换来的——说清「成了有什么收益」比说「我需要什么」管用十倍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三人角色扮演：争取一次资源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三人一组：管理者 / 上级 / 观察员，15 分钟演练 + 10 分钟轮换复盘；观察员用《向上对齐检查表》逐条记录。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管理者：选一个真实需求（加人 / 预算 / 方向支持），用 ALIGN 四步 + LADDER 六法准备 3 分钟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上级：扮演真实的决策风格，可以追问、质疑、打断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观察员：用检查表记录「结论是否先行 / 有没有给选项 / 有没有挂业务 / 有没有谈交换」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复盘：观察员先说，上级再说，管理者最后自我复盘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结论先行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给出选项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挂到业务目标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用数据 / 谈交换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ALIGN 向上对齐四步 + LADDER 资源争取六法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让上级做决定变容易——这才是向上管理的本质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ALIGN 向上对齐四步 + LADDER 资源争取六法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把下一次汇报改成「结论先行 + 两个选项」，并念给同事听一遍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为一件要争取的资源，准备 LADDER 六法中的「挂业务 + 用数据 + 谈交换」三句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30 天协同推动计划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会开完了，真正的协同从明天开始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学员能够画出协同飞轮，说清跨部门推动力是如何自我强化的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学员能够制定一份针对真实协同场景的 30 天协同推动计划并带回岗位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「课上听懂了」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「30 天做出来」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你的协同飞轮最容易断在哪一环？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天后，你希望别人怎么评价你的推动力？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协同飞轮 + 协同关系网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看清关系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读懂人和利益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知道该找谁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立共同目标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找到双方都要的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从「我」变「我们」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建闭环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确认 + 留痕 + 有人跟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事不消失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拿到资源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向上对齐争取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推动力升级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飞轮转起来越转越顺，停下越停越难重启——起点是你肯不肯先迈出「看清对方」那一步。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「我要多跟兄弟部门沟通」——这是决心，不是计划，30 天后没人记得。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「下周三前，和 XX 部门的老王当面确认交付口径，并发出书面确认」——具体到人、时间、可验证结果。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天协同推动计划 · 四个行动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行动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用什么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一次协同体检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PULSE 五问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2-3 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一张协同推进表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六步 + RACI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2-3 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一次闭环跟进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四件套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3-4 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一次向上对齐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四步 + LADDER 六法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计划要具体到人、时间、可验证的结果——「多沟通」是决心，「周三前找老王确认口径」才是计划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30 天协同推动计划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结合今天所学，写下 30 天内要做的四个行动；写完后和同桌互查，约定 30 天后的互查方式。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行动一：一次协同体检（我的那件事是 ________，PULSE 最低的一问是 ________）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行动二：一张协同推进表（共同目标 / 关键人 / 接口 / 规则 / 轨道 / 复盘）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行动三：一次闭环跟进（确认 / 归属 / 单线 / 升级）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行动四：一次向上对齐（要争取的事 / 一句话结论 / 选项 / 挂业务 + 数据）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填写伙伴互锁：姓名、互查日期（30 天后）、互查方式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行动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行动一 · 协同体检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行动二 · 协同推进表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行动三 · 闭环跟进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行动四 · 向上对齐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 30 天协同推动计划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用结构把事推成，用影响把人对齐——30 天后，用「这事推到哪了、有没有人一直跟」来验证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 30 天协同推动计划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完成 30 天协同推动计划，并念给同桌听一遍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和伙伴约定 30 天后的互查日期与方式，写进工具卡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主线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一句话记住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看懂协同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 · 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先诊断（PULSE），不评价人；靠影响，不靠命令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横向推动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 · 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BRIDGE 把事推成，用 RACI 划清边界，用 CLOSE 让事不消失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纵向对齐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 · 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ALIGN 让上级做决定变容易，用 LADDER 把资源换到手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先诊断 · 再推动 · 必闭环 · 会上对齐 · 争取资源——用结构把事推成，用影响把人对齐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开场与协同认知重构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读懂协同的底层逻辑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协同六步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闭环四件套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向上对齐四步 + LADDER 资源争取六法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天协同推动计划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工具一 · PULSE 协同体检五问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为一件卡着的协同事做诊断，找出最低的那一问。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打分(1-5)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具体表现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优先级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U 理解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语言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系统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执行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工具二 · 影响—利益矩阵定位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为你的关键协作人定位矩阵格子，并写出对应策略。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协作人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影响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利益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策略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工具三 · BRIDGE 协同推进表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把一件真实的跨部门事项，按六步写成可执行的推进表。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BRIDGE 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共同目标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关键人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接口与交付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协作规则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推进轨道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复盘机制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工具四 · CLOSE 闭环跟进设计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为一件推进中的事，设计一次完整闭环跟进。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确认（谁/做什么/何时）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留痕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归属（唯一 Owner）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单线主责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升级条件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工具五 · ALIGN 向上汇报模板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把下一次汇报整理成结论先行、有选项、挂目标的版本。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ALIGN 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一句话结论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三层依据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选项 A / B + 我的建议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对齐的目标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工具六 · LADDER 资源争取准备卡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争取资源前，把六法逐条准备好。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六法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我的准备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挂业务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说具体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用数据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谈交换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会升级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懂回馈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PULSE 协同体检五问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优先级 / U 理解 / L 语言 / S 系统 / E 执行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先诊断，再推动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影响—利益矩阵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高影响高利益=重点管理，其余按格降级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同一件事，对不同人不同打法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冲突五模式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竞争 / 回避 / 迁就 / 妥协 / 协作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按事与关系的重要性选，防错配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信任账户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平时存钱，急时取款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准点 / 说到做到 / 主动帮忙 / 分功劳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协同六步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立目标 / 定人 / 划接口 / 立规则 / 建轨道 / 持续演进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把事推成的流水线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RACI 责任矩阵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执行 / A 主责（唯一）/ C 咨询 / I 知会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只有一个 A，是铁律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闭环四件套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确认 / 留痕 / 归属 / 单线主责 / 升级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让协同有始有终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向上对齐四步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结论先行 / 分层结构 / 给出选项 / 对齐目标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让上级做决定变容易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SCQA 汇报结构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 / 冲突 / 疑问 / 答案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汇报的经典骨架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LADDER 资源争取六法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挂业务 / 说具体 / 用数据 / 谈交换 / 会升级 / 懂回馈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资源是换来的，不是要来的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协同飞轮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 → 立目标 → 建闭环 → 拿资源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越转越顺，停下难启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横向推得动事，纵向对得齐人。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用什么工具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一次协同体检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PULSE 五问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2-3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一张协同推进表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 六步 + RACI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2-3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一次闭环跟进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CLOSE 四件套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3-4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一次向上对齐 / 资源争取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ALIGN 四步 + LADDER 六法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跨部门协同与向上管理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推得动事 · 对得齐人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协同不是求人帮忙，是用结构把事推成、用影响把人对齐。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今天，你带走了一条完整的推动链路：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 · 看懂协同——先诊断，不评价人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二 · 底层逻辑——靠影响，不靠命令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 · BRIDGE 六步——把事推成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 · CLOSE 闭环——让事不消失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 · ALIGN + LADDER——向上对齐，把资源换到手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六 · 30 天协同推动计划——带回岗位，做出来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课程的结束，正是你推动力的起点。30 天后，见分晓。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1" w:val="right"/>
      </w:tabs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6"/>
      </w:rPr>
      <w:tab/>
      <w:t>本手册版权归 Coursemaster 出品所有 · 仅限课程学员使用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