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720" w:before="0"/>
      </w:pPr>
      <w:r>
        <w:rPr>
          <w:sz w:val="12"/>
        </w:rPr>
      </w:r>
    </w:p>
    <w:p>
      <w:pPr>
        <w:spacing w:after="80" w:before="0" w:line="704" w:lineRule="exact"/>
        <w:jc w:val="center"/>
      </w:pPr>
      <w:r>
        <w:rPr>
          <w:rFonts w:ascii="SimHei" w:hAnsi="SimHei" w:eastAsia="SimHei"/>
          <w:b/>
          <w:i w:val="0"/>
          <w:color w:val="013147"/>
          <w:sz w:val="44"/>
        </w:rPr>
        <w:t>跨部门协同与向上管理</w:t>
      </w:r>
    </w:p>
    <w:p>
      <w:pPr>
        <w:spacing w:after="200" w:before="0" w:line="512" w:lineRule="exact"/>
        <w:jc w:val="center"/>
      </w:pPr>
      <w:r>
        <w:rPr>
          <w:rFonts w:ascii="SimHei" w:hAnsi="SimHei" w:eastAsia="SimHei"/>
          <w:b/>
          <w:i w:val="0"/>
          <w:color w:val="8DC643"/>
          <w:sz w:val="32"/>
        </w:rPr>
        <w:t>讲师手册 · FACILITATOR GUIDE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横向推得动事，纵向对得齐人——协同不是求人帮忙，是用结构把事推成。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84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888888"/>
          <w:sz w:val="24"/>
        </w:rPr>
        <w:t>1 天 / 7 小时 · 6 模块 · 学练合一</w:t>
      </w:r>
    </w:p>
    <w:p>
      <w:pPr>
        <w:spacing w:after="20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配套：授课级 PPT + 学员手册 + 本手册 + 核心工具带走件</w:t>
      </w:r>
    </w:p>
    <w:p>
      <w:pPr>
        <w:spacing w:after="8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版本 v1.0 · Coursemaster出品</w:t>
      </w:r>
    </w:p>
    <w:p>
      <w:pPr>
        <w:spacing w:after="120" w:before="200" w:line="320" w:lineRule="exact"/>
        <w:jc w:val="center"/>
      </w:pPr>
      <w:r>
        <w:rPr>
          <w:rFonts w:ascii="Microsoft YaHei" w:hAnsi="Microsoft YaHei" w:eastAsia="Microsoft YaHei"/>
          <w:b w:val="0"/>
          <w:i/>
          <w:color w:val="888888"/>
          <w:sz w:val="20"/>
        </w:rPr>
        <w:t>本手册仅供授课讲师使用，含引导话术、练习答案与控场提示。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第一部分 · 课程总览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【课程定位】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一门教管理者「横向推得动事、纵向对得齐人」的实战课。目标不是让学员听懂，而是让学员在课上就完成一次协同体检、一张协同推进表、一次闭环跟进设计、一次向上对齐与资源争取的角色扮演，并带走核心工具卡与 1 份 30 天协同推动计划。讲师角色是「设计练习场 + 引导反思」，而非「讲授者」。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【工具包构成（四件一套）】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物料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用途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谁用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何时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授课级 PPT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讲师投影、模型与活动呈现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学员手册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学员课中写、带走练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本讲师手册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控场 timing / 话术 / 答案 / 救场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备课+授课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核心工具带走件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速查卡 + 30天协同推动计划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课前+课后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【时间分配总表】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主题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时长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类型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开场与协同认知重构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+ 活动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读懂协同的底层逻辑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模型 + 活动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BRIDGE 协同六步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CLOSE 闭环四件套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ALIGN 向上对齐 + LADDER 资源争取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六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整合与 30 天协同推动计划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整合 + 行动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0"/>
        </w:rPr>
        <w:t>合计 390 min（6.5 小时）+ 机动 = 一天 7 小时，含午休与两次茶歇；结构化授课约 6–6.5H。演练占比 ≈ 36%（含小测与三人角色扮演），满足 ≥35% 红线。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【物料准备清单】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授课级 PPT（提前试放映，确认微软雅黑字体）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学员手册（按人数 + 10% 备）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便签纸 / 马克笔（破冰「那堵墙」与协同归因墙用）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《协同推进表》模板每组若干份（模块三实操用）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《冲突模式情景卡》4 张 + 小测答题卡（模块二用）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《向上对齐检查表》与《LADDER 六法卡》每组各 3 份（模块五演练用）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课后工具包带走件（速查卡 + 30天协同推动计划，结课发）</w:t>
      </w:r>
    </w:p>
    <w:p>
      <w:pPr>
        <w:spacing w:after="8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【设备与场地】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投影 + 翻页笔；计时器（每组演练严格控时）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小组岛形座位，便于两人/三人组练习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白板或便利贴墙（贴「协同归因」与「结业承诺」）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演练用情境卡（模块五三人角色扮演：业务要人 / 预算被砍 / 方向被否）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模块一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开场与协同认知重构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+ 活动　｜　时长：60 min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说出跨部门协同最常见的四类卡点，并把它归因到「语言 / 边界 / 推动」三层中的一层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 PULSE 协同体检五问，为自己手上一件卡着的协同事做出诊断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导入：三个破题问题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学习目标 + 期望收集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学员手册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课程地图（三条主线）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破冰：那堵墙，到底是谁砌的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2人组+白板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协同归因三层（语言/边界/推动）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PULSE 协同体检五问 + 自评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个人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三个破题问题：跨部门的事你推得动吗？你上一次推动失败，卡在哪一步？对方为什么不配合你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本课定位：不是教你「求人办事的话术」，是教你用结构把事推成、用影响把人对齐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课程地图三条主线：看懂协同（1-2）→ 横向推动（3-4）→ 纵向对齐（5-6）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四类典型卡点：责任不清 / 目标不一致 / 信息不到位 / 缺闭环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协同归因三层：语言层（管理语言不统一）、边界层（责任边界不清）、推动层（推动能力不足）——多数人怪对方，其实卡在第一层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PULSE 五问：Priority 优先级 / Understanding 理解 / Language 语言 / System 系统 / Execution 执行——诊断先于推动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开场白：『今天我们不讲怎么求人帮忙，我们讲怎么用结构把跨部门的事推成。』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破冰用「那堵墙」隐喻：墙上写的都是对方的错，但拆墙要两家一起动手——把抱怨转成归因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白板收敛：把学员的卡点归到三层，告诉他们——今天全天就是把这三层逐个拆掉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【收尾 Debrief 问句】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你手上那件卡着的协同事，卡在哪一层？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PULSE 五问里，你最低的是哪一问？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为什么先诊断再推动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没诊断就推动，等于闭着眼睛推墙。PULSE 五问是让「对方不配合」这个模糊感受，变成一条可定位的具体原因。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协同归因三层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语言层最容易修，边界层最容易被忽略，推动层最需要练——三层里最薄弱的那层，就是你推动力提升最快的地方。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【卡点救场】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学员大量吐槽同事：及时拉回「先归因，不评价人」，把吐槽转成三层定位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破冰冷场：改「先写后说」，每人先写一条再分享，降低开口门槛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转场：看清了卡点，接下来要搞懂——跨部门协同为什么比管下属难那么多？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模块二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读懂协同的底层逻辑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类型：模型 + 活动　｜　时长：60 min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说清跨部门协同相对内部管理的三个特殊性（无权力 / 目标异 / 语言异）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用影响—利益矩阵为一位关键协作人制定介入策略，并用冲突模式完成一次情景选择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导入：协同为什么这么难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三个特殊性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影响—利益矩阵 + 练习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PPT+个人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冲突五模式 + 情景小测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情景卡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信任账户 + 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模块收口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三个特殊性：没有直接指挥权（无权力）、目标天然不一致（目标异）、管理语言不统一（语言异）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协同的第一原则：不能靠「命令」，只能靠「影响」——先搞懂对方凭什么配合你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影响—利益矩阵：高影响高利益=重点管理 / 高影响低利益=保持满意 / 低影响高利益=保持告知 / 双低=最小投入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冲突五模式（托马斯-基尔曼）：竞争 / 回避 / 迁就 / 妥协 / 协作——按「事的重要性 × 关系的重要性」选，警惕错配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信任账户（T. Rath）：平时存钱（准点、说到做到、主动帮忙、分功劳），急时才取得到款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协同不是「谁求谁」，是「谁离不开谁」——杠杆点在对方的目标里，不在你的请求里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三个特殊性用学员自己的例子过一遍，先共鸣再给框架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影响—利益矩阵强调「同一件事，对不同人要不同打法」，不能一套话术打天下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情景小测挑 4 张卡，让学员快速选模式并说理由，目的是暴露「用错模式」的常见错配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【收尾 Debrief 问句】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你的关键协作人，落在矩阵哪一格？打法该是什么？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过去你面对冲突，最常用哪一种模式？它对吗？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矩阵四格打法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高影响高利益（重点管理）：亲自盯、常沟通；高影响低利益（保持满意）：别给对方添麻烦；低影响高利益（保持告知）：把进度同步到位；双低（最小投入）：别浪费彼此时间。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错配的代价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该协作时用了回避，事情就烂在那里；该妥协时用了竞争，关系就伤了——模式没有好坏，只有配不配。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信任账户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信任不是临时抱佛脚换来的，是平时一笔一笔存进去的——准点交付、说到做到、主动帮忙、分功劳，都是存款。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【卡点救场】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学员跳过矩阵直接问「怎么说服他」：先要求定位矩阵格，再谈策略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情景小测争议大：不追求唯一答案，强调「说清理由」比「选对」更重要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转场：搞懂了底层逻辑，关键问题来了——一件跨部门的事，到底该按什么步骤推？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模块三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BRIDGE 协同六步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⭐　｜　时长：75 min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运用 BRIDGE 六步，为自己真实的跨部门事项写出一张可执行的协同推进表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 RACI 明确责任边界，记住「只有一个 A」的铁律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导入：一件事为什么推着推着就散了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BRIDGE 六步总览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逐阶详解（含 RACI）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四个误区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实操：我的一张协同推进表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个人12+小组7+收敛3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导入：跨部门的事不是「提一句」就能动，散的原因多半是没有共同目标、没有接口、没有规则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BRIDGE：B 立共同目标 / R 定对的人 / I 划清接口 / D 立协作规则 / G 建推进轨道 / E 持续演进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第一步最关键：先把「我要什么」翻译成「我们共同要什么」——共同目标是推动的地基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RACI 责任矩阵：R 执行者（可多个）/ A 主责人（只能一个，铁律）/ C 需咨询 / I 需知会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四个误区：只谈事不谈人 / 只要配合不给理由 / 口头承诺不留痕 / 推不动就自己扛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推不动的时候，先回看是不是跳过了 B（共同目标）或 I（接口）——八成问题出在这两步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BRIDGE 讲成一条从「建目标」到「持续演进」的流水线，让学员看到环环相扣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重点讲 B 和 I：共同目标没建起来，后面全是空转；接口没划清，一定扯皮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RACI 强调「只有一个 A」——多个 A 等于没有 A，这是责任真空的根源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实操是模块核心：要求写真实事项，讲师巡场抓「A 写了两个以上」的，当场纠正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【收尾 Debrief 问句】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你的推进表里，唯一的 A 是谁？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六个步骤里，你最容易跳过哪一步？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为什么 A 只能有一个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多个 A 等于没有 A——出事时谁都可以说「我以为是他负责」。唯一主责人，是协同不烂尾的底线。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共同目标怎么建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不是「帮个忙」，而是找到「这件事成了，对你的目标意味着什么」——把请求变成共同收益。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【卡点救场】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学员把推进表写成待办清单：要求必须体现六步要素，尤其是接口与规则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超时：个人填写硬控，未完作课后，优先保小组分享与收敛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转场：事推起来了、人也定好了，但跨部门最怕的是——推着推着，就没人跟了。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模块四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CLOSE 闭环四件套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⭐　｜　时长：60 min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使用 CLOSE 闭环四件套，为一件正在推进的跨部门事项设计一次闭环跟进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说清「缺闭环」的四种典型表现，并完成一次会后确认演练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导入：为什么事总在交接处消失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CLOSE 闭环四件套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跟进节奏表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四个误区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实操：设计一次闭环跟进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个人10+两人演练7+收敛3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导入：跨部门的活儿，多数不是「做不成」，是「没人跟」——责任在部门交接处蒸发了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CLOSE：C 确认（会后 24h 内书面确认谁做什么何时）/ L 留痕（关键决定书面化）/ O 归属（每个动作唯一 Owner）/ S 单线主责（一事一线，避免多头指挥）/ E 升级（卡住超时按规则升级）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确认三要素：谁、做什么、何时——缺一个都不算确认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跟进节奏表：交付类按节点跟、决策类按阶段跟、卡住类按升级条件跟，不能混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四个误区：开会就算落地 / 口头承诺不留痕 / 多头对接 / 卡住硬扛不升级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升级不是打小报告，是「带方案、讲影响、给建议」的三件套——升得越专业，越有人接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用「交接处蒸发」的隐喻开场，让学员想到自己那些消失的事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重点讲 C 确认：把「会开完了」与「事定了」区分开，差的就是 24 小时内的书面确认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E 升级必须祛魅——升级是你的责任，不是你的失职；强调「带方案升级」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两人演练「会后确认」：一人扮演发起方，一人扮演协作方，当场把确认三要素说全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【收尾 Debrief 问句】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你手上的事，缺的是 C、L、O、S、E 中的哪一环？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上一次你想升级却没说出口，是什么顾虑？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为什么留痕不是不信任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留痕是保护双方——把「我以为」变成「写下来的」，事后不用争记忆，协作才走得远。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升级的正确姿势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带方案（我建议怎么做）、讲影响（不解决会影响什么）、给建议（需要你做什么决定）——三件套齐了，领导才接得住。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【卡点救场】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学员说「留痕像防着人」：引导区分「留痕」与「追责」，留痕是共同记忆，不是证据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演练留于形式：要求当场写出确认三要素，模糊的（如「尽快」）一律打回重写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转场：横向推得动了，还有一条线同样关键——怎么向上对齐、把资源要来？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模块五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ALIGN 向上对齐四步 + LADDER 资源争取六法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⭐　｜　时长：75 min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运用 ALIGN 四步，把一次向上汇报说成「结论先行、有理有据」的版本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运用 LADDER 六法，完成一次争取资源（人 / 预算 / 方向支持）的角色扮演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导入：汇报没重点的代价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ALIGN 四步 + SCQA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14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LADDER 六法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13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四个误区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三人角色扮演：争取一次资源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3人组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全场复盘 + 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导入：向上管理不是「会说话」，是「让上级做决定变容易」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ALIGN：A 结论先行 / L 分层结构 / I 给出选项 / G 对齐目标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SCQA（公共框架）：情境 Situation / 冲突 Complication / 疑问 Question / 答案 Answer——汇报的经典结构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LADDER 六法：L 挂业务 / A 说具体 / D 用数据 / D 谈交换 / E 会升级 / R 懂回馈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四个误区：只讲困难不讲方案 / 只讲苦劳不讲产出 / 只抛问题不给选项 / 要完资源没回声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向上争取的关键：不说「我需要」，说「这件事成了对目标意味着什么」——把请求挂到对方的 KPI 上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导入用「汇报被打断」的真实场景，建立代入感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ALIGN 讲成「让领导 30 秒听懂」的结构：结论先行是核心，选项是给领导的安全感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LADDER 逐法讲，D 谈交换最容易忽略——资源是要换的，不是要来的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三人角色扮演不要中途打断，观察员用检查表记录；复盘时先请观察员说，再请上级扮演者说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【收尾 Debrief 问句】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你的汇报第一句话是结论还是背景？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LADDER 六法里，你最缺哪一法？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结论先行为什么难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因为我们习惯「从头讲」，但上级的时间只有 30 秒。先说结论，再说依据，这不是拍马屁，是尊重对方的时间。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为什么要有选项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只抛一个问题，等于把球踢回去；给 A、B 两个选项加你的建议，才是替上级省事，也是你专业度的体现。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资源靠交换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「我需要两个人」是索取，「我这边能承担 X，需要两个人补 Y，目标能多出 Z」是交换——后者才批得下来。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【卡点救场】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学员汇报绕圈子：计时喊停，要求「第一句话给结论」重来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角色扮演变成诉苦：观察员用检查表拉回「挂业务 + 给选项」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转场：会说、会争取了，最后一步就是把今天学的，变成未来 30 天能落地的推动计划。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模块六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整合与 30 天协同推动计划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类型：整合 + 行动　｜　时长：60 min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画出协同飞轮，说清跨部门推动力是如何自我强化的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制定一份针对真实协同场景的 30 天协同推动计划并带回岗位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导入：会开完了，然后呢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全课回顾（三条主线）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协同飞轮 + 协同关系网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14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填写 30 天协同推动计划 + 承诺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27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个人+同桌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课程总结 + 结课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全课回顾：看懂协同（1-2）→ 横向推动（3-4）→ 纵向对齐（5-6）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协同飞轮：看清关系 → 立共同目标 → 建闭环 → 拿到资源 →（回到）看清关系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协同关系网：画出你 30 天最需要推动的 5 个人，标注影响—利益矩阵位置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30 天计划四个行动：一次 PULSE 体检 / 一张 BRIDGE 协同推进表 / 一次 CLOSE 闭环跟进 / 一次 ALIGN + LADDER 向上对齐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两个飞轮的方向一致：越推动越有信任，越有信任越好推动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行动计划要具体到人、时间、可验证的结果——「多沟通」是决心不是计划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飞轮让学员自己填空，并标出自己最容易断在哪一环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行动计划强调「具体到人」——反面「我要多跟兄弟部门沟通」，正面：具体到人、时间、可验证结果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承诺环节不强制，但说出来的承诺兑现率是写下来的两倍；当场念出并约定 30 天后互查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【收尾 Debrief 问句】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你的协同飞轮最容易断在哪一环？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这一天，哪一句话最戳你？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协同飞轮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看清关系→立共同目标→建闭环→拿到资源，转起来越转越顺，停下越停越难重启——起点是你肯不肯先迈出「看清对方」那一步。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30 天计划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反面：「我要多沟通」；正面：具体到人、时间、可验证结果，并能 30 天后回看。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【卡点救场】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计划写空：要求具体到日期 + 对象 + 一句话结果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承诺流于形式：当场念出并记录，约 30 天后互查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第三部分 · 控场与时间管理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【超时砍段优先级】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优先级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可压缩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不可砍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学习目标页、课程地图、部分案例页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破冰、BRIDGE 六步、ALIGN 四步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个别示例页、信任账户细节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协同推进表实操、CLOSE 演练、三人角色扮演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低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概念导入、附录索引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30 天计划、结业承诺、收口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0"/>
        </w:rPr>
        <w:t>原则：三个核心模型（模块三、四、五）与所有演练是「练」的载体，优先保；概念页可口头带过。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【分组与演练建议】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破冰 / 结对：两人组，随机配对降低熟人客套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影响—利益矩阵：个人定位 + 同桌核对（依据是具体人与具体事吗）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冲突模式情景小测：4 张情景卡，个人先选 + 小组辩论（重点说理由）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协同推进表：个人 12 min + 小组 7 min + 收敛 3 min，讲师抓「A 写了两个以上」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闭环跟进设计：个人 10 min + 两人「会后确认」演练 7 min + 收敛 3 min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向上对齐角色扮演：三人组（管理者 / 上级 / 观察员），严格轮换，每人至少当一次管理者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所有演练配计时器，到点喊停，避免拖堂</w:t>
      </w:r>
    </w:p>
    <w:p>
      <w:pPr>
        <w:spacing w:after="8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【学员常问 FAQ】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Q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「我们公司部门墙特别厚，这套有用吗？」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A：墙越厚，越不能靠人情。PULSE 先诊断、BRIDGE 建共同目标与接口、CLOSE 建闭环，正是用来拆厚墙的结构。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Q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「对方级别比我高，怎么推？」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A：高影响的人用「保持满意」的打法：少给对方添麻烦、把成果和进度主动同步；要资源时走 ALIGN + LADDER，把请求挂到他的目标上。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Q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「升级会不会得罪人？」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A：升级不是打小报告。带方案、讲影响、给建议的三件套升级，是专业行为——真正失职的是卡住硬扛、拖到爆雷。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Q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「这套和向上管理课有什么不一样？」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A：本课把横向推动与纵向对齐打通：横向用 BRIDGE + CLOSE，纵向用 ALIGN + LADDER，共用一套「诊断—推动—闭环」的底层结构。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Q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「30 天计划回去容易忘，怎么办？」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A：用工具卡（速查卡 + 30 天计划）加伙伴互锁：结课时约定互查日期与方式，说出来的承诺兑现率是写下来的两倍。</w:t>
      </w:r>
    </w:p>
    <w:sectPr w:rsidR="00FC693F" w:rsidRPr="0006063C" w:rsidSect="00034616">
      <w:footerReference w:type="default" r:id="rId9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888888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